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b/>
          <w:sz w:val="44"/>
        </w:rPr>
        <w:t>工业 NTP 授时服务器 — 用户指南（标书脱敏版）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文档编号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`DOC-Q3000-UG-BID-CN-011`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型号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文档名称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用户指南（标书脱敏版）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文档版本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与固件 </w:t>
            </w:r>
            <w:r>
              <w:rPr>
                <w:rFonts w:ascii="宋体" w:hAnsi="宋体" w:eastAsia="宋体"/>
                <w:b/>
                <w:sz w:val="20"/>
              </w:rPr>
              <w:t>V4.9.x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能力同步（标书附件）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适用对象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招标评标、技术审查、售前说明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本版供 </w:t>
            </w:r>
            <w:r>
              <w:rPr>
                <w:rFonts w:ascii="宋体" w:hAnsi="宋体" w:eastAsia="宋体"/>
                <w:b/>
                <w:sz w:val="20"/>
              </w:rPr>
              <w:t>投标 / 公开技术包</w:t>
            </w:r>
            <w:r>
              <w:rPr>
                <w:rFonts w:ascii="宋体" w:hAnsi="宋体" w:eastAsia="宋体"/>
                <w:b w:val="0"/>
                <w:sz w:val="20"/>
              </w:rPr>
              <w:t>：</w:t>
            </w:r>
            <w:r>
              <w:rPr>
                <w:rFonts w:ascii="宋体" w:hAnsi="宋体" w:eastAsia="宋体"/>
                <w:b/>
                <w:sz w:val="20"/>
              </w:rPr>
              <w:t>不含</w:t>
            </w:r>
            <w:r>
              <w:rPr>
                <w:rFonts w:ascii="宋体" w:hAnsi="宋体" w:eastAsia="宋体"/>
                <w:b w:val="0"/>
                <w:sz w:val="20"/>
              </w:rPr>
              <w:t>出厂 Web 口令、</w:t>
            </w:r>
            <w:r>
              <w:rPr>
                <w:rFonts w:ascii="宋体" w:hAnsi="宋体" w:eastAsia="宋体"/>
                <w:b/>
                <w:sz w:val="20"/>
              </w:rPr>
              <w:t>不含</w:t>
            </w:r>
            <w:r>
              <w:rPr>
                <w:rFonts w:ascii="宋体" w:hAnsi="宋体" w:eastAsia="宋体"/>
                <w:b w:val="0"/>
                <w:sz w:val="20"/>
              </w:rPr>
              <w:t>工程诊断路径。现场安装与改密以随箱《用户指南（发货完整版）》及铭牌为准。不含烧录流程及未公开硬件细节。</w:t>
            </w:r>
          </w:p>
        </w:tc>
      </w:tr>
    </w:tbl>
    <w:p/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1. 产品简介</w:t>
      </w:r>
    </w:p>
    <w:p>
      <w:r>
        <w:rPr>
          <w:rFonts w:ascii="宋体" w:hAnsi="宋体" w:eastAsia="宋体"/>
          <w:b w:val="0"/>
          <w:sz w:val="22"/>
        </w:rPr>
        <w:t xml:space="preserve">本设备（对外型号 </w:t>
      </w:r>
      <w:r>
        <w:rPr>
          <w:rFonts w:ascii="宋体" w:hAnsi="宋体" w:eastAsia="宋体"/>
          <w:b/>
          <w:sz w:val="22"/>
        </w:rPr>
        <w:t>QYTS-3000-BG-T-S</w:t>
      </w:r>
      <w:r>
        <w:rPr>
          <w:rFonts w:ascii="宋体" w:hAnsi="宋体" w:eastAsia="宋体"/>
          <w:b w:val="0"/>
          <w:sz w:val="22"/>
        </w:rPr>
        <w:t xml:space="preserve">）为 </w:t>
      </w:r>
      <w:r>
        <w:rPr>
          <w:rFonts w:ascii="宋体" w:hAnsi="宋体" w:eastAsia="宋体"/>
          <w:b/>
          <w:sz w:val="22"/>
        </w:rPr>
        <w:t>Stratum 1 级网络时间服务器</w:t>
      </w:r>
      <w:r>
        <w:rPr>
          <w:rFonts w:ascii="宋体" w:hAnsi="宋体" w:eastAsia="宋体"/>
          <w:b w:val="0"/>
          <w:sz w:val="22"/>
        </w:rPr>
        <w:t>（GNSS 定位成功并进入锁定 LOCK 后），以 GNSS 卫星时间为基准，向工业现场提供多通道授时：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以太网 NTP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NTP v3/v4（UDP </w:t>
            </w:r>
            <w:r>
              <w:rPr>
                <w:rFonts w:ascii="宋体" w:hAnsi="宋体" w:eastAsia="宋体"/>
                <w:b/>
                <w:sz w:val="20"/>
              </w:rPr>
              <w:t>123</w:t>
            </w:r>
            <w:r>
              <w:rPr>
                <w:rFonts w:ascii="宋体" w:hAnsi="宋体" w:eastAsia="宋体"/>
                <w:b w:val="0"/>
                <w:sz w:val="20"/>
              </w:rPr>
              <w:t>），供 PC / 服务器 / 安防 / 交换机等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工业串口（本机型）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RS-485 Modbus RTU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绝对时间寄存器，供 PLC / SCADA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硬件秒脉冲（本机型）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TTL 1PPS 输出</w:t>
            </w:r>
            <w:r>
              <w:rPr>
                <w:rFonts w:ascii="宋体" w:hAnsi="宋体" w:eastAsia="宋体"/>
                <w:b w:val="0"/>
                <w:sz w:val="20"/>
              </w:rPr>
              <w:t>，供示波器、采集卡、高精度同步节点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IRIG（本机型）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IRIG-B120 DCLS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时码输出（见端子定义）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默认 IP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192.168.1.123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/ 掩码 255.255.255.0 / 网关 192.168.1.1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管理 Web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`http://&lt;设备IP&gt;/`（浏览器访问，需登录）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出厂管理账号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见随箱说明书 / 铭牌或配置卡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（可在 Web </w:t>
            </w:r>
            <w:r>
              <w:rPr>
                <w:rFonts w:ascii="宋体" w:hAnsi="宋体" w:eastAsia="宋体"/>
                <w:b/>
                <w:sz w:val="20"/>
              </w:rPr>
              <w:t>Network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页修改；首次部署后应立即改密）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前面板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1.8 寸屏 + 单键：短按翻页；中按恢复 Web 出厂凭据；长按恢复出厂网络（见 §3）</w:t>
            </w:r>
          </w:p>
        </w:tc>
      </w:tr>
    </w:tbl>
    <w:p/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1.1 时间同步精度（分层说明）</w:t>
      </w:r>
    </w:p>
    <w:p>
      <w:r>
        <w:rPr>
          <w:rFonts w:ascii="宋体" w:hAnsi="宋体" w:eastAsia="宋体"/>
          <w:b w:val="0"/>
          <w:sz w:val="22"/>
        </w:rPr>
        <w:t>不同接口的物理链路与协议机制不同，</w:t>
      </w:r>
      <w:r>
        <w:rPr>
          <w:rFonts w:ascii="宋体" w:hAnsi="宋体" w:eastAsia="宋体"/>
          <w:b/>
          <w:sz w:val="22"/>
        </w:rPr>
        <w:t>精度指标不可互相套用</w:t>
      </w:r>
      <w:r>
        <w:rPr>
          <w:rFonts w:ascii="宋体" w:hAnsi="宋体" w:eastAsia="宋体"/>
          <w:b w:val="0"/>
          <w:sz w:val="22"/>
        </w:rPr>
        <w:t xml:space="preserve">；请按下表理解与选型。经多轮厂内/现场校验与浸泡，下列各通道典型能力相对验收口径均有 </w:t>
      </w:r>
      <w:r>
        <w:rPr>
          <w:rFonts w:ascii="宋体" w:hAnsi="宋体" w:eastAsia="宋体"/>
          <w:b/>
          <w:sz w:val="22"/>
        </w:rPr>
        <w:t>充足余量</w:t>
      </w:r>
      <w:r>
        <w:rPr>
          <w:rFonts w:ascii="宋体" w:hAnsi="宋体" w:eastAsia="宋体"/>
          <w:b w:val="0"/>
          <w:sz w:val="22"/>
        </w:rPr>
        <w:t xml:space="preserve">（富裕），表述按通道分别成立。典型工业场景与能力对照见 </w:t>
      </w:r>
      <w:r>
        <w:rPr>
          <w:rFonts w:ascii="宋体" w:hAnsi="宋体" w:eastAsia="宋体"/>
          <w:b/>
          <w:sz w:val="22"/>
        </w:rPr>
        <w:t>附录 D</w:t>
      </w:r>
      <w:r>
        <w:rPr>
          <w:rFonts w:ascii="宋体" w:hAnsi="宋体" w:eastAsia="宋体"/>
          <w:b w:val="0"/>
          <w:sz w:val="22"/>
        </w:rPr>
        <w:t>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层级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通道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典型能力（LOCK 后）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适用场景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不适用说明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A — 基准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1PPS 输入 / 设备内部驯服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模组短稳典型 </w:t>
            </w:r>
            <w:r>
              <w:rPr>
                <w:rFonts w:ascii="宋体" w:hAnsi="宋体" w:eastAsia="宋体"/>
                <w:b/>
                <w:sz w:val="20"/>
              </w:rPr>
              <w:t>≤ 10 ns（RMS）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；内部抖动监测典型 </w:t>
            </w:r>
            <w:r>
              <w:rPr>
                <w:rFonts w:ascii="宋体" w:hAnsi="宋体" w:eastAsia="宋体"/>
                <w:b/>
                <w:sz w:val="20"/>
              </w:rPr>
              <w:t>≤ 50 ns</w:t>
            </w:r>
            <w:r>
              <w:rPr>
                <w:rFonts w:ascii="宋体" w:hAnsi="宋体" w:eastAsia="宋体"/>
                <w:b w:val="0"/>
                <w:sz w:val="20"/>
              </w:rPr>
              <w:t>（短窗）；浸泡稳态常见抖动约数十纳秒量级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设备自身时钟质量与出厂/验收参考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不是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网口或 485 口的客户端实测精度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B — 硬件秒沿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1PPS OUT</w:t>
            </w:r>
            <w:r>
              <w:rPr>
                <w:rFonts w:ascii="宋体" w:hAnsi="宋体" w:eastAsia="宋体"/>
                <w:b w:val="0"/>
                <w:sz w:val="20"/>
              </w:rPr>
              <w:t>（TTL）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相对内部有效 GNSS PPS：MCU 级传播延迟，量级通常 </w:t>
            </w:r>
            <w:r>
              <w:rPr>
                <w:rFonts w:ascii="宋体" w:hAnsi="宋体" w:eastAsia="宋体"/>
                <w:b/>
                <w:sz w:val="20"/>
              </w:rPr>
              <w:t>亚微秒</w:t>
            </w:r>
            <w:r>
              <w:rPr>
                <w:rFonts w:ascii="宋体" w:hAnsi="宋体" w:eastAsia="宋体"/>
                <w:b w:val="0"/>
                <w:sz w:val="20"/>
              </w:rPr>
              <w:t>，工程上裕度充足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秒沿对齐、示波器对时、与寄存器时间联合打戳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非差分 485；线缆过长会劣化边沿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C — 工业总线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RS-485 Modbus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时间分辨到 </w:t>
            </w:r>
            <w:r>
              <w:rPr>
                <w:rFonts w:ascii="宋体" w:hAnsi="宋体" w:eastAsia="宋体"/>
                <w:b/>
                <w:sz w:val="20"/>
              </w:rPr>
              <w:t>1 ms</w:t>
            </w:r>
            <w:r>
              <w:rPr>
                <w:rFonts w:ascii="宋体" w:hAnsi="宋体" w:eastAsia="宋体"/>
                <w:b w:val="0"/>
                <w:sz w:val="20"/>
              </w:rPr>
              <w:t>（毫秒寄存器）；轮询间隔决定可用时效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PLC 显示、事件打戳、状态联锁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不提供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纳秒级总线授时；非 1PPS 差分传输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D — 以太网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RJ45 NTP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同网段低负载典型 </w:t>
            </w:r>
            <w:r>
              <w:rPr>
                <w:rFonts w:ascii="宋体" w:hAnsi="宋体" w:eastAsia="宋体"/>
                <w:b/>
                <w:sz w:val="20"/>
              </w:rPr>
              <w:t>毫秒级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，条件良好时可优于 </w:t>
            </w:r>
            <w:r>
              <w:rPr>
                <w:rFonts w:ascii="宋体" w:hAnsi="宋体" w:eastAsia="宋体"/>
                <w:b/>
                <w:sz w:val="20"/>
              </w:rPr>
              <w:t>1 ms</w:t>
            </w:r>
            <w:r>
              <w:rPr>
                <w:rFonts w:ascii="宋体" w:hAnsi="宋体" w:eastAsia="宋体"/>
                <w:b w:val="0"/>
                <w:sz w:val="20"/>
              </w:rPr>
              <w:t>；本机应答侧能力经校验稳定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PC / NVR / 服务器 / 交换机时钟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不承诺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全网亚微秒；受交换机、网卡、OS 调度影响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E — 守时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晶振 / RTC（GNSS 短暂丢失）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精度随失锁时间劣化，至 </w:t>
            </w:r>
            <w:r>
              <w:rPr>
                <w:rFonts w:ascii="宋体" w:hAnsi="宋体" w:eastAsia="宋体"/>
                <w:b/>
                <w:sz w:val="20"/>
              </w:rPr>
              <w:t>ppm 级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短时业务连续</w:t>
            </w:r>
          </w:p>
        </w:tc>
        <w:tc>
          <w:tcPr>
            <w:tcW w:type="dxa" w:w="181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长时间无星需恢复天线与 LOCK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选型建议（专业表述）：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需要 </w:t>
      </w:r>
      <w:r>
        <w:rPr>
          <w:rFonts w:ascii="宋体" w:hAnsi="宋体" w:eastAsia="宋体"/>
          <w:b/>
          <w:sz w:val="22"/>
        </w:rPr>
        <w:t>秒级硬件对齐</w:t>
      </w:r>
      <w:r>
        <w:rPr>
          <w:rFonts w:ascii="宋体" w:hAnsi="宋体" w:eastAsia="宋体"/>
          <w:b w:val="0"/>
          <w:sz w:val="22"/>
        </w:rPr>
        <w:t xml:space="preserve"> 时：使用 </w:t>
      </w:r>
      <w:r>
        <w:rPr>
          <w:rFonts w:ascii="宋体" w:hAnsi="宋体" w:eastAsia="宋体"/>
          <w:b/>
          <w:sz w:val="22"/>
        </w:rPr>
        <w:t>1PPS OUT</w:t>
      </w:r>
      <w:r>
        <w:rPr>
          <w:rFonts w:ascii="宋体" w:hAnsi="宋体" w:eastAsia="宋体"/>
          <w:b w:val="0"/>
          <w:sz w:val="22"/>
        </w:rPr>
        <w:t>，必要时配合 Modbus 的年月日时分秒与毫秒字段完成“绝对时间 + 秒沿”组合。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需要 </w:t>
      </w:r>
      <w:r>
        <w:rPr>
          <w:rFonts w:ascii="宋体" w:hAnsi="宋体" w:eastAsia="宋体"/>
          <w:b/>
          <w:sz w:val="22"/>
        </w:rPr>
        <w:t>PLC / SCADA 绝对时间</w:t>
      </w:r>
      <w:r>
        <w:rPr>
          <w:rFonts w:ascii="宋体" w:hAnsi="宋体" w:eastAsia="宋体"/>
          <w:b w:val="0"/>
          <w:sz w:val="22"/>
        </w:rPr>
        <w:t xml:space="preserve"> 时：使用 </w:t>
      </w:r>
      <w:r>
        <w:rPr>
          <w:rFonts w:ascii="宋体" w:hAnsi="宋体" w:eastAsia="宋体"/>
          <w:b/>
          <w:sz w:val="22"/>
        </w:rPr>
        <w:t>RS-485 Modbus</w:t>
      </w:r>
      <w:r>
        <w:rPr>
          <w:rFonts w:ascii="宋体" w:hAnsi="宋体" w:eastAsia="宋体"/>
          <w:b w:val="0"/>
          <w:sz w:val="22"/>
        </w:rPr>
        <w:t xml:space="preserve">；建议轮询周期 </w:t>
      </w:r>
      <w:r>
        <w:rPr>
          <w:rFonts w:ascii="宋体" w:hAnsi="宋体" w:eastAsia="宋体"/>
          <w:b/>
          <w:sz w:val="22"/>
        </w:rPr>
        <w:t>≥ 1 Hz</w:t>
      </w:r>
      <w:r>
        <w:rPr>
          <w:rFonts w:ascii="宋体" w:hAnsi="宋体" w:eastAsia="宋体"/>
          <w:b w:val="0"/>
          <w:sz w:val="22"/>
        </w:rPr>
        <w:t>，以毫秒字段为亚秒分辨率上限。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需要 </w:t>
      </w:r>
      <w:r>
        <w:rPr>
          <w:rFonts w:ascii="宋体" w:hAnsi="宋体" w:eastAsia="宋体"/>
          <w:b/>
          <w:sz w:val="22"/>
        </w:rPr>
        <w:t>IT / 安防终端对时</w:t>
      </w:r>
      <w:r>
        <w:rPr>
          <w:rFonts w:ascii="宋体" w:hAnsi="宋体" w:eastAsia="宋体"/>
          <w:b w:val="0"/>
          <w:sz w:val="22"/>
        </w:rPr>
        <w:t xml:space="preserve"> 时：使用 </w:t>
      </w:r>
      <w:r>
        <w:rPr>
          <w:rFonts w:ascii="宋体" w:hAnsi="宋体" w:eastAsia="宋体"/>
          <w:b/>
          <w:sz w:val="22"/>
        </w:rPr>
        <w:t>RJ45 NTP</w:t>
      </w:r>
      <w:r>
        <w:rPr>
          <w:rFonts w:ascii="宋体" w:hAnsi="宋体" w:eastAsia="宋体"/>
          <w:b w:val="0"/>
          <w:sz w:val="22"/>
        </w:rPr>
        <w:t>；验收以客户端 `w32tm` / `chronyc` 等实测偏移为准，不以设备内部纳秒指标替代。</w:t>
      </w:r>
    </w:p>
    <w:p>
      <w:pPr>
        <w:spacing w:before="80" w:after="80"/>
        <w:ind w:left="454"/>
      </w:pPr>
      <w:r>
        <w:rPr>
          <w:rFonts w:ascii="宋体" w:hAnsi="宋体" w:eastAsia="宋体"/>
          <w:b/>
          <w:i/>
          <w:color w:val="444444"/>
          <w:sz w:val="20"/>
        </w:rPr>
        <w:t>重要声明：</w:t>
      </w:r>
      <w:r>
        <w:rPr>
          <w:rFonts w:ascii="宋体" w:hAnsi="宋体" w:eastAsia="宋体"/>
          <w:b w:val="0"/>
          <w:i/>
          <w:color w:val="444444"/>
          <w:sz w:val="20"/>
        </w:rPr>
        <w:t xml:space="preserve"> 「GNSS 1PPS 10 ns RMS」描述的是 </w:t>
      </w:r>
      <w:r>
        <w:rPr>
          <w:rFonts w:ascii="宋体" w:hAnsi="宋体" w:eastAsia="宋体"/>
          <w:b/>
          <w:i/>
          <w:color w:val="444444"/>
          <w:sz w:val="20"/>
        </w:rPr>
        <w:t>卫星模组 / 设备内部基准能力</w:t>
      </w:r>
      <w:r>
        <w:rPr>
          <w:rFonts w:ascii="宋体" w:hAnsi="宋体" w:eastAsia="宋体"/>
          <w:b w:val="0"/>
          <w:i/>
          <w:color w:val="444444"/>
          <w:sz w:val="20"/>
        </w:rPr>
        <w:t>（经校验相对该口径有余量）；</w:t>
      </w:r>
      <w:r>
        <w:rPr>
          <w:rFonts w:ascii="宋体" w:hAnsi="宋体" w:eastAsia="宋体"/>
          <w:b/>
          <w:i/>
          <w:color w:val="444444"/>
          <w:sz w:val="20"/>
        </w:rPr>
        <w:t>不得</w:t>
      </w:r>
      <w:r>
        <w:rPr>
          <w:rFonts w:ascii="宋体" w:hAnsi="宋体" w:eastAsia="宋体"/>
          <w:b w:val="0"/>
          <w:i/>
          <w:color w:val="444444"/>
          <w:sz w:val="20"/>
        </w:rPr>
        <w:t xml:space="preserve"> 等同理解为「以太网 NTP 客户端精度 10 ns」或「RS-485 口纳秒授时」。合同与验收请按通道分别约定指标。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1.2 前面板时间显示</w:t>
      </w:r>
    </w:p>
    <w:p>
      <w:r>
        <w:rPr>
          <w:rFonts w:ascii="宋体" w:hAnsi="宋体" w:eastAsia="宋体"/>
          <w:b w:val="0"/>
          <w:sz w:val="22"/>
        </w:rPr>
        <w:t xml:space="preserve">前面板时钟在 </w:t>
      </w:r>
      <w:r>
        <w:rPr>
          <w:rFonts w:ascii="宋体" w:hAnsi="宋体" w:eastAsia="宋体"/>
          <w:b/>
          <w:sz w:val="22"/>
        </w:rPr>
        <w:t>GNSS 1PPS</w:t>
      </w:r>
      <w:r>
        <w:rPr>
          <w:rFonts w:ascii="宋体" w:hAnsi="宋体" w:eastAsia="宋体"/>
          <w:b w:val="0"/>
          <w:sz w:val="22"/>
        </w:rPr>
        <w:t xml:space="preserve"> 或 </w:t>
      </w:r>
      <w:r>
        <w:rPr>
          <w:rFonts w:ascii="宋体" w:hAnsi="宋体" w:eastAsia="宋体"/>
          <w:b/>
          <w:sz w:val="22"/>
        </w:rPr>
        <w:t>RTC SQW 守时</w:t>
      </w:r>
      <w:r>
        <w:rPr>
          <w:rFonts w:ascii="宋体" w:hAnsi="宋体" w:eastAsia="宋体"/>
          <w:b w:val="0"/>
          <w:sz w:val="22"/>
        </w:rPr>
        <w:t xml:space="preserve"> 有效时，均按对应秒沿锁存翻秒；仅在无边沿（软件 1Hz）时退回本地时间轴取整。SQW 沿相对 UTC 可能有相位差，屏显用于运维观察，</w:t>
      </w:r>
      <w:r>
        <w:rPr>
          <w:rFonts w:ascii="宋体" w:hAnsi="宋体" w:eastAsia="宋体"/>
          <w:b/>
          <w:sz w:val="22"/>
        </w:rPr>
        <w:t>不以屏显作为计量或验收依据</w:t>
      </w:r>
      <w:r>
        <w:rPr>
          <w:rFonts w:ascii="宋体" w:hAnsi="宋体" w:eastAsia="宋体"/>
          <w:b w:val="0"/>
          <w:sz w:val="22"/>
        </w:rPr>
        <w:t>；计量与联锁请使用 NTP、Modbus 或 1PPS 通道。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2. 首次上电与正常现象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2.1 快速检查清单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按铭牌选择</w:t>
      </w:r>
      <w:r>
        <w:rPr>
          <w:rFonts w:ascii="宋体" w:hAnsi="宋体" w:eastAsia="宋体"/>
          <w:b/>
          <w:sz w:val="22"/>
        </w:rPr>
        <w:t>一种</w:t>
      </w:r>
      <w:r>
        <w:rPr>
          <w:rFonts w:ascii="宋体" w:hAnsi="宋体" w:eastAsia="宋体"/>
          <w:b w:val="0"/>
          <w:sz w:val="22"/>
        </w:rPr>
        <w:t>进线接通电源（</w:t>
      </w:r>
      <w:r>
        <w:rPr>
          <w:rFonts w:ascii="宋体" w:hAnsi="宋体" w:eastAsia="宋体"/>
          <w:b/>
          <w:sz w:val="22"/>
        </w:rPr>
        <w:t>禁止 AC 与 DC 同时接入</w:t>
      </w:r>
      <w:r>
        <w:rPr>
          <w:rFonts w:ascii="宋体" w:hAnsi="宋体" w:eastAsia="宋体"/>
          <w:b w:val="0"/>
          <w:sz w:val="22"/>
        </w:rPr>
        <w:t>）：</w:t>
      </w:r>
    </w:p>
    <w:p>
      <w:pPr>
        <w:pStyle w:val="ListBullet"/>
      </w:pPr>
      <w:r>
        <w:rPr>
          <w:rFonts w:ascii="宋体" w:hAnsi="宋体" w:eastAsia="宋体"/>
          <w:b/>
          <w:sz w:val="22"/>
        </w:rPr>
        <w:t>市电：</w:t>
      </w:r>
      <w:r>
        <w:rPr>
          <w:rFonts w:ascii="宋体" w:hAnsi="宋体" w:eastAsia="宋体"/>
          <w:b w:val="0"/>
          <w:sz w:val="22"/>
        </w:rPr>
        <w:t xml:space="preserve"> 三孔品字接 </w:t>
      </w:r>
      <w:r>
        <w:rPr>
          <w:rFonts w:ascii="宋体" w:hAnsi="宋体" w:eastAsia="宋体"/>
          <w:b/>
          <w:sz w:val="22"/>
        </w:rPr>
        <w:t>AC 220 V</w:t>
      </w:r>
      <w:r>
        <w:rPr>
          <w:rFonts w:ascii="宋体" w:hAnsi="宋体" w:eastAsia="宋体"/>
          <w:b w:val="0"/>
          <w:sz w:val="22"/>
        </w:rPr>
        <w:t>（机内变压器 + 滤波整流）；或</w:t>
      </w:r>
    </w:p>
    <w:p>
      <w:pPr>
        <w:pStyle w:val="ListBullet"/>
      </w:pPr>
      <w:r>
        <w:rPr>
          <w:rFonts w:ascii="宋体" w:hAnsi="宋体" w:eastAsia="宋体"/>
          <w:b/>
          <w:sz w:val="22"/>
        </w:rPr>
        <w:t>直流：</w:t>
      </w:r>
      <w:r>
        <w:rPr>
          <w:rFonts w:ascii="宋体" w:hAnsi="宋体" w:eastAsia="宋体"/>
          <w:b w:val="0"/>
          <w:sz w:val="22"/>
        </w:rPr>
        <w:t xml:space="preserve"> </w:t>
      </w:r>
      <w:r>
        <w:rPr>
          <w:rFonts w:ascii="宋体" w:hAnsi="宋体" w:eastAsia="宋体"/>
          <w:b/>
          <w:sz w:val="22"/>
        </w:rPr>
        <w:t>DC-IN（DC050-T）</w:t>
      </w:r>
      <w:r>
        <w:rPr>
          <w:rFonts w:ascii="宋体" w:hAnsi="宋体" w:eastAsia="宋体"/>
          <w:b w:val="0"/>
          <w:sz w:val="22"/>
        </w:rPr>
        <w:t xml:space="preserve"> 接外置适配器输出（</w:t>
      </w:r>
      <w:r>
        <w:rPr>
          <w:rFonts w:ascii="宋体" w:hAnsi="宋体" w:eastAsia="宋体"/>
          <w:b/>
          <w:sz w:val="22"/>
        </w:rPr>
        <w:t>12 V～24 V DC</w:t>
      </w:r>
      <w:r>
        <w:rPr>
          <w:rFonts w:ascii="宋体" w:hAnsi="宋体" w:eastAsia="宋体"/>
          <w:b w:val="0"/>
          <w:sz w:val="22"/>
        </w:rPr>
        <w:t>，极性以面板为准）。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 xml:space="preserve">接好 </w:t>
      </w:r>
      <w:r>
        <w:rPr>
          <w:rFonts w:ascii="宋体" w:hAnsi="宋体" w:eastAsia="宋体"/>
          <w:b/>
          <w:sz w:val="22"/>
        </w:rPr>
        <w:t>以太网</w:t>
      </w:r>
      <w:r>
        <w:rPr>
          <w:rFonts w:ascii="宋体" w:hAnsi="宋体" w:eastAsia="宋体"/>
          <w:b w:val="0"/>
          <w:sz w:val="22"/>
        </w:rPr>
        <w:t>（与电脑同网段）。</w:t>
      </w:r>
    </w:p>
    <w:p>
      <w:pPr>
        <w:pStyle w:val="ListNumber"/>
      </w:pPr>
      <w:r>
        <w:rPr>
          <w:rFonts w:ascii="宋体" w:hAnsi="宋体" w:eastAsia="宋体"/>
          <w:b/>
          <w:sz w:val="22"/>
        </w:rPr>
        <w:t>GNSS 天线</w:t>
      </w:r>
      <w:r>
        <w:rPr>
          <w:rFonts w:ascii="宋体" w:hAnsi="宋体" w:eastAsia="宋体"/>
          <w:b w:val="0"/>
          <w:sz w:val="22"/>
        </w:rPr>
        <w:t>置于室外或窗边开阔处。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 xml:space="preserve">等待 </w:t>
      </w:r>
      <w:r>
        <w:rPr>
          <w:rFonts w:ascii="宋体" w:hAnsi="宋体" w:eastAsia="宋体"/>
          <w:b/>
          <w:sz w:val="22"/>
        </w:rPr>
        <w:t>1～5 分钟</w:t>
      </w:r>
      <w:r>
        <w:rPr>
          <w:rFonts w:ascii="宋体" w:hAnsi="宋体" w:eastAsia="宋体"/>
          <w:b w:val="0"/>
          <w:sz w:val="22"/>
        </w:rPr>
        <w:t xml:space="preserve">（冷启搜星；定位后再约数十秒至 </w:t>
      </w:r>
      <w:r>
        <w:rPr>
          <w:rFonts w:ascii="宋体" w:hAnsi="宋体" w:eastAsia="宋体"/>
          <w:b/>
          <w:sz w:val="22"/>
        </w:rPr>
        <w:t>LK GNSS / LOCK</w:t>
      </w:r>
      <w:r>
        <w:rPr>
          <w:rFonts w:ascii="宋体" w:hAnsi="宋体" w:eastAsia="宋体"/>
          <w:b w:val="0"/>
          <w:sz w:val="22"/>
        </w:rPr>
        <w:t>）。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浏览器打开 `http://192.168.1.123/`，使用</w:t>
      </w:r>
      <w:r>
        <w:rPr>
          <w:rFonts w:ascii="宋体" w:hAnsi="宋体" w:eastAsia="宋体"/>
          <w:b/>
          <w:sz w:val="22"/>
        </w:rPr>
        <w:t>随箱资料中的出厂账号</w:t>
      </w:r>
      <w:r>
        <w:rPr>
          <w:rFonts w:ascii="宋体" w:hAnsi="宋体" w:eastAsia="宋体"/>
          <w:b w:val="0"/>
          <w:sz w:val="22"/>
        </w:rPr>
        <w:t>登录；</w:t>
      </w:r>
      <w:r>
        <w:rPr>
          <w:rFonts w:ascii="宋体" w:hAnsi="宋体" w:eastAsia="宋体"/>
          <w:b/>
          <w:sz w:val="22"/>
        </w:rPr>
        <w:t>建议首次登录后立即改密</w:t>
      </w:r>
      <w:r>
        <w:rPr>
          <w:rFonts w:ascii="宋体" w:hAnsi="宋体" w:eastAsia="宋体"/>
          <w:b w:val="0"/>
          <w:sz w:val="22"/>
        </w:rPr>
        <w:t>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用 `w32tm` / `chronyc` 等对设备 IP 做一次 NTP 抽测。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2.2 没有有效 RTC 时间时的首次开机</w:t>
      </w:r>
    </w:p>
    <w:p>
      <w:r>
        <w:rPr>
          <w:rFonts w:ascii="宋体" w:hAnsi="宋体" w:eastAsia="宋体"/>
          <w:b w:val="0"/>
          <w:sz w:val="22"/>
        </w:rPr>
        <w:t xml:space="preserve">新机或 RTC 失效时属 </w:t>
      </w:r>
      <w:r>
        <w:rPr>
          <w:rFonts w:ascii="宋体" w:hAnsi="宋体" w:eastAsia="宋体"/>
          <w:b/>
          <w:sz w:val="22"/>
        </w:rPr>
        <w:t>正常现象</w:t>
      </w:r>
      <w:r>
        <w:rPr>
          <w:rFonts w:ascii="宋体" w:hAnsi="宋体" w:eastAsia="宋体"/>
          <w:b w:val="0"/>
          <w:sz w:val="22"/>
        </w:rPr>
        <w:t>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屏幕显示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含义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NO TIME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/ </w:t>
            </w:r>
            <w:r>
              <w:rPr>
                <w:rFonts w:ascii="宋体" w:hAnsi="宋体" w:eastAsia="宋体"/>
                <w:b/>
                <w:sz w:val="20"/>
              </w:rPr>
              <w:t>GNSS SYNC</w:t>
            </w:r>
            <w:r>
              <w:rPr>
                <w:rFonts w:ascii="宋体" w:hAnsi="宋体" w:eastAsia="宋体"/>
                <w:b w:val="0"/>
                <w:sz w:val="20"/>
              </w:rPr>
              <w:t>（灰）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等待 GNSS，尚无可用时间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BOOT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/ </w:t>
            </w:r>
            <w:r>
              <w:rPr>
                <w:rFonts w:ascii="宋体" w:hAnsi="宋体" w:eastAsia="宋体"/>
                <w:b/>
                <w:sz w:val="20"/>
              </w:rPr>
              <w:t>SYNC</w:t>
            </w:r>
            <w:r>
              <w:rPr>
                <w:rFonts w:ascii="宋体" w:hAnsi="宋体" w:eastAsia="宋体"/>
                <w:b w:val="0"/>
                <w:sz w:val="20"/>
              </w:rPr>
              <w:t>（青/黄）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启动或收敛中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WAIT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/ </w:t>
            </w:r>
            <w:r>
              <w:rPr>
                <w:rFonts w:ascii="宋体" w:hAnsi="宋体" w:eastAsia="宋体"/>
                <w:b/>
                <w:sz w:val="20"/>
              </w:rPr>
              <w:t>ACQ xx</w:t>
            </w:r>
            <w:r>
              <w:rPr>
                <w:rFonts w:ascii="宋体" w:hAnsi="宋体" w:eastAsia="宋体"/>
                <w:b w:val="0"/>
                <w:sz w:val="20"/>
              </w:rPr>
              <w:t>（青/黄）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搜星；数字表示已见星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DOWN</w:t>
            </w:r>
            <w:r>
              <w:rPr>
                <w:rFonts w:ascii="宋体" w:hAnsi="宋体" w:eastAsia="宋体"/>
                <w:b w:val="0"/>
                <w:sz w:val="20"/>
              </w:rPr>
              <w:t>（黄）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网线未接或链路未起；接好网线后应变 </w:t>
            </w:r>
            <w:r>
              <w:rPr>
                <w:rFonts w:ascii="宋体" w:hAnsi="宋体" w:eastAsia="宋体"/>
                <w:b/>
                <w:sz w:val="20"/>
              </w:rPr>
              <w:t>UP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 xml:space="preserve">定位成功后：时间/日期正常显示，状态多为 </w:t>
      </w:r>
      <w:r>
        <w:rPr>
          <w:rFonts w:ascii="宋体" w:hAnsi="宋体" w:eastAsia="宋体"/>
          <w:b/>
          <w:sz w:val="22"/>
        </w:rPr>
        <w:t>FIX xx</w:t>
      </w:r>
      <w:r>
        <w:rPr>
          <w:rFonts w:ascii="宋体" w:hAnsi="宋体" w:eastAsia="宋体"/>
          <w:b w:val="0"/>
          <w:sz w:val="22"/>
        </w:rPr>
        <w:t xml:space="preserve">（绿）+ </w:t>
      </w:r>
      <w:r>
        <w:rPr>
          <w:rFonts w:ascii="宋体" w:hAnsi="宋体" w:eastAsia="宋体"/>
          <w:b/>
          <w:sz w:val="22"/>
        </w:rPr>
        <w:t>LK GNSS</w:t>
      </w:r>
      <w:r>
        <w:rPr>
          <w:rFonts w:ascii="宋体" w:hAnsi="宋体" w:eastAsia="宋体"/>
          <w:b w:val="0"/>
          <w:sz w:val="22"/>
        </w:rPr>
        <w:t>，即可对外授时（Stratum 1）。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2.3 已有 RTC 时间的设备</w:t>
      </w:r>
    </w:p>
    <w:p>
      <w:r>
        <w:rPr>
          <w:rFonts w:ascii="宋体" w:hAnsi="宋体" w:eastAsia="宋体"/>
          <w:b w:val="0"/>
          <w:sz w:val="22"/>
        </w:rPr>
        <w:t xml:space="preserve">上电后可能 </w:t>
      </w:r>
      <w:r>
        <w:rPr>
          <w:rFonts w:ascii="宋体" w:hAnsi="宋体" w:eastAsia="宋体"/>
          <w:b/>
          <w:sz w:val="22"/>
        </w:rPr>
        <w:t>立即显示时间</w:t>
      </w:r>
      <w:r>
        <w:rPr>
          <w:rFonts w:ascii="宋体" w:hAnsi="宋体" w:eastAsia="宋体"/>
          <w:b w:val="0"/>
          <w:sz w:val="22"/>
        </w:rPr>
        <w:t xml:space="preserve">。默认 NTP 策略为 </w:t>
      </w:r>
      <w:r>
        <w:rPr>
          <w:rFonts w:ascii="宋体" w:hAnsi="宋体" w:eastAsia="宋体"/>
          <w:b/>
          <w:sz w:val="22"/>
        </w:rPr>
        <w:t>「锁定应答」</w:t>
      </w:r>
      <w:r>
        <w:rPr>
          <w:rFonts w:ascii="宋体" w:hAnsi="宋体" w:eastAsia="宋体"/>
          <w:b w:val="0"/>
          <w:sz w:val="22"/>
        </w:rPr>
        <w:t>：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冷启 </w:t>
      </w:r>
      <w:r>
        <w:rPr>
          <w:rFonts w:ascii="宋体" w:hAnsi="宋体" w:eastAsia="宋体"/>
          <w:b/>
          <w:sz w:val="22"/>
        </w:rPr>
        <w:t>暖机</w:t>
      </w:r>
      <w:r>
        <w:rPr>
          <w:rFonts w:ascii="宋体" w:hAnsi="宋体" w:eastAsia="宋体"/>
          <w:b w:val="0"/>
          <w:sz w:val="22"/>
        </w:rPr>
        <w:t xml:space="preserve">（已有同步与 PPS、尚未 LOCK）：仍可能以 </w:t>
      </w:r>
      <w:r>
        <w:rPr>
          <w:rFonts w:ascii="宋体" w:hAnsi="宋体" w:eastAsia="宋体"/>
          <w:b/>
          <w:sz w:val="22"/>
        </w:rPr>
        <w:t>Stratum 2</w:t>
      </w:r>
      <w:r>
        <w:rPr>
          <w:rFonts w:ascii="宋体" w:hAnsi="宋体" w:eastAsia="宋体"/>
          <w:b w:val="0"/>
          <w:sz w:val="22"/>
        </w:rPr>
        <w:t xml:space="preserve"> 应答；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仅 RTC、无 PPS：静默拒答；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GNSS </w:t>
      </w:r>
      <w:r>
        <w:rPr>
          <w:rFonts w:ascii="宋体" w:hAnsi="宋体" w:eastAsia="宋体"/>
          <w:b/>
          <w:sz w:val="22"/>
        </w:rPr>
        <w:t>LOCK</w:t>
      </w:r>
      <w:r>
        <w:rPr>
          <w:rFonts w:ascii="宋体" w:hAnsi="宋体" w:eastAsia="宋体"/>
          <w:b w:val="0"/>
          <w:sz w:val="22"/>
        </w:rPr>
        <w:t xml:space="preserve"> 后：</w:t>
      </w:r>
      <w:r>
        <w:rPr>
          <w:rFonts w:ascii="宋体" w:hAnsi="宋体" w:eastAsia="宋体"/>
          <w:b/>
          <w:sz w:val="22"/>
        </w:rPr>
        <w:t>Stratum 1</w:t>
      </w:r>
      <w:r>
        <w:rPr>
          <w:rFonts w:ascii="宋体" w:hAnsi="宋体" w:eastAsia="宋体"/>
          <w:b w:val="0"/>
          <w:sz w:val="22"/>
        </w:rPr>
        <w:t>。</w:t>
      </w:r>
    </w:p>
    <w:p>
      <w:r>
        <w:rPr>
          <w:rFonts w:ascii="宋体" w:hAnsi="宋体" w:eastAsia="宋体"/>
          <w:b w:val="0"/>
          <w:sz w:val="22"/>
        </w:rPr>
        <w:t xml:space="preserve">策略可在 Web </w:t>
      </w:r>
      <w:r>
        <w:rPr>
          <w:rFonts w:ascii="宋体" w:hAnsi="宋体" w:eastAsia="宋体"/>
          <w:b/>
          <w:sz w:val="22"/>
        </w:rPr>
        <w:t>Network</w:t>
      </w:r>
      <w:r>
        <w:rPr>
          <w:rFonts w:ascii="宋体" w:hAnsi="宋体" w:eastAsia="宋体"/>
          <w:b w:val="0"/>
          <w:sz w:val="22"/>
        </w:rPr>
        <w:t xml:space="preserve"> 页修改（见 §4.3）。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2.4 屏幕颜色说明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颜色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含义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绿色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正常 / 已锁定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黄色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收敛中、搜星中、可接受告警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橙色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守时（GNSS 暂时丢失）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青色 / 灰色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启动 / 等待，</w:t>
            </w:r>
            <w:r>
              <w:rPr>
                <w:rFonts w:ascii="宋体" w:hAnsi="宋体" w:eastAsia="宋体"/>
                <w:b/>
                <w:sz w:val="20"/>
              </w:rPr>
              <w:t>非故障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红色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运行稳定后仍异常（如长期无网、PPS 丢失）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3. 前面板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3.1 四页内容</w:t>
      </w:r>
    </w:p>
    <w:p>
      <w:r>
        <w:rPr>
          <w:rFonts w:ascii="宋体" w:hAnsi="宋体" w:eastAsia="宋体"/>
          <w:b w:val="0"/>
          <w:sz w:val="22"/>
        </w:rPr>
        <w:t>短按按键循环切换。</w:t>
      </w:r>
      <w:r>
        <w:rPr>
          <w:rFonts w:ascii="宋体" w:hAnsi="宋体" w:eastAsia="宋体"/>
          <w:b/>
          <w:sz w:val="22"/>
        </w:rPr>
        <w:t>每页仅 6 行参数</w:t>
      </w:r>
      <w:r>
        <w:rPr>
          <w:rFonts w:ascii="宋体" w:hAnsi="宋体" w:eastAsia="宋体"/>
          <w:b w:val="0"/>
          <w:sz w:val="22"/>
        </w:rPr>
        <w:t>（另 1 行翻页提示）。四页按角色分工，</w:t>
      </w:r>
      <w:r>
        <w:rPr>
          <w:rFonts w:ascii="宋体" w:hAnsi="宋体" w:eastAsia="宋体"/>
          <w:b/>
          <w:sz w:val="22"/>
        </w:rPr>
        <w:t>同一指标不跨页重复</w:t>
      </w:r>
      <w:r>
        <w:rPr>
          <w:rFonts w:ascii="宋体" w:hAnsi="宋体" w:eastAsia="宋体"/>
          <w:b w:val="0"/>
          <w:sz w:val="22"/>
        </w:rPr>
        <w:t>。屏上</w:t>
      </w:r>
      <w:r>
        <w:rPr>
          <w:rFonts w:ascii="宋体" w:hAnsi="宋体" w:eastAsia="宋体"/>
          <w:b/>
          <w:sz w:val="22"/>
        </w:rPr>
        <w:t>不显示</w:t>
      </w:r>
      <w:r>
        <w:rPr>
          <w:rFonts w:ascii="宋体" w:hAnsi="宋体" w:eastAsia="宋体"/>
          <w:b w:val="0"/>
          <w:sz w:val="22"/>
        </w:rPr>
        <w:t xml:space="preserve"> ns / ppb / Age / 抖动数字；精度与故障追溯走 Web 导出：</w:t>
      </w:r>
      <w:r>
        <w:rPr>
          <w:rFonts w:ascii="宋体" w:hAnsi="宋体" w:eastAsia="宋体"/>
          <w:b/>
          <w:sz w:val="22"/>
        </w:rPr>
        <w:t>事件日志</w:t>
      </w:r>
      <w:r>
        <w:rPr>
          <w:rFonts w:ascii="宋体" w:hAnsi="宋体" w:eastAsia="宋体"/>
          <w:b w:val="0"/>
          <w:sz w:val="22"/>
        </w:rPr>
        <w:t xml:space="preserve"> `event_log.csv`、</w:t>
      </w:r>
      <w:r>
        <w:rPr>
          <w:rFonts w:ascii="宋体" w:hAnsi="宋体" w:eastAsia="宋体"/>
          <w:b/>
          <w:sz w:val="22"/>
        </w:rPr>
        <w:t>24 小时质量</w:t>
      </w:r>
      <w:r>
        <w:rPr>
          <w:rFonts w:ascii="宋体" w:hAnsi="宋体" w:eastAsia="宋体"/>
          <w:b w:val="0"/>
          <w:sz w:val="22"/>
        </w:rPr>
        <w:t xml:space="preserve"> `quality_24h.csv`（见 §4.5）。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页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角色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六行内容（自上而下）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0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巡检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状态 · 时间 · 日期 · IP · 链路 · 序列号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授时决策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NTP 服务态 · PPS 源 · HO+质量灯 · GNSS FIX · 运行时间 · </w:t>
            </w:r>
            <w:r>
              <w:rPr>
                <w:rFonts w:ascii="宋体" w:hAnsi="宋体" w:eastAsia="宋体"/>
                <w:b/>
                <w:sz w:val="20"/>
              </w:rPr>
              <w:t>应答计数 N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2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异常归因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是否应答 Svc · </w:t>
            </w:r>
            <w:r>
              <w:rPr>
                <w:rFonts w:ascii="宋体" w:hAnsi="宋体" w:eastAsia="宋体"/>
                <w:b/>
                <w:sz w:val="20"/>
              </w:rPr>
              <w:t>策略 Pol（唯一）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· 板温 · 复位 · 收敛 · CPU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3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资产/售后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固件 build · </w:t>
            </w:r>
            <w:r>
              <w:rPr>
                <w:rFonts w:ascii="宋体" w:hAnsi="宋体" w:eastAsia="宋体"/>
                <w:b/>
                <w:sz w:val="20"/>
              </w:rPr>
              <w:t>MAC 后 3 字节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· 网关 · DNS · 掩码 · </w:t>
            </w:r>
            <w:r>
              <w:rPr>
                <w:rFonts w:ascii="宋体" w:hAnsi="宋体" w:eastAsia="宋体"/>
                <w:b/>
                <w:sz w:val="20"/>
              </w:rPr>
              <w:t>ACL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Page 0 各行含义：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行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典型显示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含义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状态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`LK GNSS` / `KF 12/25` / `HOLD`…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授时是否锁定（正式授时看 LOCK）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时间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`HH:MM:SS` 或 `NO TIME`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当前时刻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日期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`YYYY-MM-DD` 或 `GNSS SYNC`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当前日期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IP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`192.168.1.123`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本机地址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链路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`UP NTP` / `DOWN` / `INIT`…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以太网与 NTP 活动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序列号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`SN:260600127`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设备 SN（</w:t>
            </w:r>
            <w:r>
              <w:rPr>
                <w:rFonts w:ascii="宋体" w:hAnsi="宋体" w:eastAsia="宋体"/>
                <w:b/>
                <w:sz w:val="20"/>
              </w:rPr>
              <w:t>仅此页</w:t>
            </w:r>
            <w:r>
              <w:rPr>
                <w:rFonts w:ascii="宋体" w:hAnsi="宋体" w:eastAsia="宋体"/>
                <w:b w:val="0"/>
                <w:sz w:val="20"/>
              </w:rPr>
              <w:t>）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>翻页提示：`OPS  &gt;`（进入运维决策页）。</w:t>
      </w:r>
    </w:p>
    <w:p>
      <w:r>
        <w:rPr>
          <w:rFonts w:ascii="宋体" w:hAnsi="宋体" w:eastAsia="宋体"/>
          <w:b/>
          <w:sz w:val="22"/>
        </w:rPr>
        <w:t>Page 1「授时决策」（一眼能否当源）：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行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典型显示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含义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NTP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`NTP:S1 GPS` / `NTP:S2 HLD`…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对外服务层级（</w:t>
            </w:r>
            <w:r>
              <w:rPr>
                <w:rFonts w:ascii="宋体" w:hAnsi="宋体" w:eastAsia="宋体"/>
                <w:b/>
                <w:sz w:val="20"/>
              </w:rPr>
              <w:t>仅此页</w:t>
            </w:r>
            <w:r>
              <w:rPr>
                <w:rFonts w:ascii="宋体" w:hAnsi="宋体" w:eastAsia="宋体"/>
                <w:b w:val="0"/>
                <w:sz w:val="20"/>
              </w:rPr>
              <w:t>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PPS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`PPS:GPS` / `PPS:RTC` / `PPS:---`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秒沿跟谁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HO+Q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`HO --- Q:OK` / `HO 12m Q:WARN`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守时时长 + 质量灯（见下）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`FIX 16` / `NO FIX` / `ACQ`…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定位与星数（</w:t>
            </w:r>
            <w:r>
              <w:rPr>
                <w:rFonts w:ascii="宋体" w:hAnsi="宋体" w:eastAsia="宋体"/>
                <w:b/>
                <w:sz w:val="20"/>
              </w:rPr>
              <w:t>唯一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FIX）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Upt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`Upt:0d 03:20`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运行时间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`N:5237`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累计 NTP 应答次数（</w:t>
            </w:r>
            <w:r>
              <w:rPr>
                <w:rFonts w:ascii="宋体" w:hAnsi="宋体" w:eastAsia="宋体"/>
                <w:b/>
                <w:sz w:val="20"/>
              </w:rPr>
              <w:t>仅此页</w:t>
            </w:r>
            <w:r>
              <w:rPr>
                <w:rFonts w:ascii="宋体" w:hAnsi="宋体" w:eastAsia="宋体"/>
                <w:b w:val="0"/>
                <w:sz w:val="20"/>
              </w:rPr>
              <w:t>；绿=正在应答）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HO（守时）与 `N:cnt`：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显示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含义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`HO ---`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未进入守时态</w:t>
            </w:r>
            <w:r>
              <w:rPr>
                <w:rFonts w:ascii="宋体" w:hAnsi="宋体" w:eastAsia="宋体"/>
                <w:b w:val="0"/>
                <w:sz w:val="20"/>
              </w:rPr>
              <w:t>（含正常 LOCK，或拔天线后短暂由 RTC 秒沿衔接尚未计入守时）；</w:t>
            </w:r>
            <w:r>
              <w:rPr>
                <w:rFonts w:ascii="宋体" w:hAnsi="宋体" w:eastAsia="宋体"/>
                <w:b/>
                <w:sz w:val="20"/>
              </w:rPr>
              <w:t>不是故障</w:t>
            </w:r>
            <w:r>
              <w:rPr>
                <w:rFonts w:ascii="宋体" w:hAnsi="宋体" w:eastAsia="宋体"/>
                <w:b w:val="0"/>
                <w:sz w:val="20"/>
              </w:rPr>
              <w:t>。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`HO 45s` / `HO 12m` / `HO 3h`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已进入守时后显示已持续多久：内部按</w:t>
            </w:r>
            <w:r>
              <w:rPr>
                <w:rFonts w:ascii="宋体" w:hAnsi="宋体" w:eastAsia="宋体"/>
                <w:b/>
                <w:sz w:val="20"/>
              </w:rPr>
              <w:t>秒</w:t>
            </w:r>
            <w:r>
              <w:rPr>
                <w:rFonts w:ascii="宋体" w:hAnsi="宋体" w:eastAsia="宋体"/>
                <w:b w:val="0"/>
                <w:sz w:val="20"/>
              </w:rPr>
              <w:t xml:space="preserve">计，屏上分别以 </w:t>
            </w:r>
            <w:r>
              <w:rPr>
                <w:rFonts w:ascii="宋体" w:hAnsi="宋体" w:eastAsia="宋体"/>
                <w:b/>
                <w:sz w:val="20"/>
              </w:rPr>
              <w:t>s / m / h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显示。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`N:数字`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开机以来成功发出的 NTP 应答次数。数字在涨 ≈ 有客户端在对时。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记满会否堵塞？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不会。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计数为 32 位无符号整数，到上限后自动回绕为 0 再记，</w:t>
            </w:r>
            <w:r>
              <w:rPr>
                <w:rFonts w:ascii="宋体" w:hAnsi="宋体" w:eastAsia="宋体"/>
                <w:b/>
                <w:sz w:val="20"/>
              </w:rPr>
              <w:t>不影响继续应答</w:t>
            </w:r>
            <w:r>
              <w:rPr>
                <w:rFonts w:ascii="宋体" w:hAnsi="宋体" w:eastAsia="宋体"/>
                <w:b w:val="0"/>
                <w:sz w:val="20"/>
              </w:rPr>
              <w:t>。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Page 2「异常归因」：</w:t>
      </w:r>
      <w:r>
        <w:rPr>
          <w:rFonts w:ascii="宋体" w:hAnsi="宋体" w:eastAsia="宋体"/>
          <w:b w:val="0"/>
          <w:sz w:val="22"/>
        </w:rPr>
        <w:t xml:space="preserve"> `Svc:ON/OFF` · `Pol:LCK/HLD/TIM`（</w:t>
      </w:r>
      <w:r>
        <w:rPr>
          <w:rFonts w:ascii="宋体" w:hAnsi="宋体" w:eastAsia="宋体"/>
          <w:b/>
          <w:sz w:val="22"/>
        </w:rPr>
        <w:t>策略唯一</w:t>
      </w:r>
      <w:r>
        <w:rPr>
          <w:rFonts w:ascii="宋体" w:hAnsi="宋体" w:eastAsia="宋体"/>
          <w:b w:val="0"/>
          <w:sz w:val="22"/>
        </w:rPr>
        <w:t>，与 Web §4.3 对应）· `Brd:` · `Rst:` · `Sync:OK/WAIT/NC` · `Load:%`。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屏显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Web 策略名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逻辑作用（摘要）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`Pol:LCK`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锁定应答（出厂默认）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以 GNSS </w:t>
            </w:r>
            <w:r>
              <w:rPr>
                <w:rFonts w:ascii="宋体" w:hAnsi="宋体" w:eastAsia="宋体"/>
                <w:b/>
                <w:sz w:val="20"/>
              </w:rPr>
              <w:t>LOCK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为正式 Stratum 1 门槛；冷启暖机 / 短时 PPS 毛刺仍可能 </w:t>
            </w:r>
            <w:r>
              <w:rPr>
                <w:rFonts w:ascii="宋体" w:hAnsi="宋体" w:eastAsia="宋体"/>
                <w:b/>
                <w:sz w:val="20"/>
              </w:rPr>
              <w:t>Stratum 2</w:t>
            </w:r>
            <w:r>
              <w:rPr>
                <w:rFonts w:ascii="宋体" w:hAnsi="宋体" w:eastAsia="宋体"/>
                <w:b w:val="0"/>
                <w:sz w:val="20"/>
              </w:rPr>
              <w:t>，避免客户端长期无时间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`Pol:HLD`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守时应答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synced 即可应答（更“松”），适合必须始终收包的老旧客户端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`Pol:TIM`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锁定 + 守时窗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同 LCK，另在失锁后约数分钟内仍可 Stratum 2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Page 3「资产 / 售后」（对账用，不重复他页）：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行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典型显示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用途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FW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`FW:b123`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固件 Build 号（与 Web / 售后对照）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MAC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`MAC:..:88:71:2B`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MAC </w:t>
            </w:r>
            <w:r>
              <w:rPr>
                <w:rFonts w:ascii="宋体" w:hAnsi="宋体" w:eastAsia="宋体"/>
                <w:b/>
                <w:sz w:val="20"/>
              </w:rPr>
              <w:t>后 3 字节</w:t>
            </w:r>
            <w:r>
              <w:rPr>
                <w:rFonts w:ascii="宋体" w:hAnsi="宋体" w:eastAsia="宋体"/>
                <w:b w:val="0"/>
                <w:sz w:val="20"/>
              </w:rPr>
              <w:t>（资产对账；完整 MAC 见 Web）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GW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`GW:192.168.1.1`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默认网关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DNS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`DNS:8.8.8.8`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DNS 服务器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MSK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`MSK:255.255.255.0`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子网掩码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ACL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`ACL:OFF` 或 `ACL:n`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NTP 访问控制：关 / 已启用规则条数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本页刻意不显示：</w:t>
      </w:r>
      <w:r>
        <w:rPr>
          <w:rFonts w:ascii="宋体" w:hAnsi="宋体" w:eastAsia="宋体"/>
          <w:b w:val="0"/>
          <w:sz w:val="22"/>
        </w:rPr>
        <w:t xml:space="preserve"> SN（见 Page 0）· 链路 / NTP 服务态（见 Page 0–1）· 应答计数 N（见 Page 1）。翻页提示：`&lt; SYS  | HOME &gt;`。</w:t>
      </w:r>
    </w:p>
    <w:p>
      <w:r>
        <w:rPr>
          <w:rFonts w:ascii="宋体" w:hAnsi="宋体" w:eastAsia="宋体"/>
          <w:b/>
          <w:sz w:val="22"/>
        </w:rPr>
        <w:t>工作态 vs 调试态（表格用途）：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场景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看哪页 / 哪通道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用途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不宜当作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日常巡检（工作态）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Page 0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是否 LOCK、有无网、时间/IP/SN 一眼过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精度验收、联锁判据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授时决策（工作态）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Page 1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能否当源：NTP 层级、PPS 源、HO、FIX、计数 N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纳秒级计量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异常归因（轻调试）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Page 2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Svc / Pol / 板温 / 复位 / 收敛 / CPU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正式对时通道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资产对账（售后）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Page 3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FW · MAC 尾 · GW/DNS/MSK · ACL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授时好坏判断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精度 / 事件留证（调试态）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Web：`quality_24h.csv`、`event_log.csv`（§4.5）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小时质量与边沿事件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屏上找 ns/ppb（屏上不下发）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正式计量与联锁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NTP / Modbus / 1PPS / IRIG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合同验收、PLC 联锁、示波器秒沿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屏显</w:t>
            </w:r>
            <w:r>
              <w:rPr>
                <w:rFonts w:ascii="宋体" w:hAnsi="宋体" w:eastAsia="宋体"/>
                <w:b w:val="0"/>
                <w:sz w:val="20"/>
              </w:rPr>
              <w:t>（仅供运维观察）</w:t>
            </w:r>
          </w:p>
        </w:tc>
      </w:tr>
    </w:tbl>
    <w:p/>
    <w:p>
      <w:pPr>
        <w:spacing w:before="80" w:after="80"/>
        <w:ind w:left="454"/>
      </w:pPr>
      <w:r>
        <w:rPr>
          <w:rFonts w:ascii="宋体" w:hAnsi="宋体" w:eastAsia="宋体"/>
          <w:b/>
          <w:i/>
          <w:color w:val="444444"/>
          <w:sz w:val="20"/>
        </w:rPr>
        <w:t>重要：</w:t>
      </w:r>
      <w:r>
        <w:rPr>
          <w:rFonts w:ascii="宋体" w:hAnsi="宋体" w:eastAsia="宋体"/>
          <w:b w:val="0"/>
          <w:i/>
          <w:color w:val="444444"/>
          <w:sz w:val="20"/>
        </w:rPr>
        <w:t xml:space="preserve"> 正式计量与联锁仍以 </w:t>
      </w:r>
      <w:r>
        <w:rPr>
          <w:rFonts w:ascii="宋体" w:hAnsi="宋体" w:eastAsia="宋体"/>
          <w:b/>
          <w:i/>
          <w:color w:val="444444"/>
          <w:sz w:val="20"/>
        </w:rPr>
        <w:t>NTP / Modbus / 1PPS / IRIG</w:t>
      </w:r>
      <w:r>
        <w:rPr>
          <w:rFonts w:ascii="宋体" w:hAnsi="宋体" w:eastAsia="宋体"/>
          <w:b w:val="0"/>
          <w:i/>
          <w:color w:val="444444"/>
          <w:sz w:val="20"/>
        </w:rPr>
        <w:t xml:space="preserve"> 通道为准；前面板屏显</w:t>
      </w:r>
      <w:r>
        <w:rPr>
          <w:rFonts w:ascii="宋体" w:hAnsi="宋体" w:eastAsia="宋体"/>
          <w:b/>
          <w:i/>
          <w:color w:val="444444"/>
          <w:sz w:val="20"/>
        </w:rPr>
        <w:t>仅供运维观察</w:t>
      </w:r>
      <w:r>
        <w:rPr>
          <w:rFonts w:ascii="宋体" w:hAnsi="宋体" w:eastAsia="宋体"/>
          <w:b w:val="0"/>
          <w:i/>
          <w:color w:val="444444"/>
          <w:sz w:val="20"/>
        </w:rPr>
        <w:t>，不以屏显作为计量或验收依据。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3.2 单键操作一览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操作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屏显提示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结果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短按</w:t>
            </w:r>
            <w:r>
              <w:rPr>
                <w:rFonts w:ascii="宋体" w:hAnsi="宋体" w:eastAsia="宋体"/>
                <w:b w:val="0"/>
                <w:sz w:val="20"/>
              </w:rPr>
              <w:t>（约 &amp;lt; 0.8 s）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—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翻页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按住约 10～15 s 后松开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先 `PWD NNs`，到档后 </w:t>
            </w:r>
            <w:r>
              <w:rPr>
                <w:rFonts w:ascii="宋体" w:hAnsi="宋体" w:eastAsia="宋体"/>
                <w:b/>
                <w:sz w:val="20"/>
              </w:rPr>
              <w:t>`PWD REL`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仅恢复 Web </w:t>
            </w:r>
            <w:r>
              <w:rPr>
                <w:rFonts w:ascii="宋体" w:hAnsi="宋体" w:eastAsia="宋体"/>
                <w:b/>
                <w:sz w:val="20"/>
              </w:rPr>
              <w:t>出厂凭据</w:t>
            </w:r>
            <w:r>
              <w:rPr>
                <w:rFonts w:ascii="宋体" w:hAnsi="宋体" w:eastAsia="宋体"/>
                <w:b w:val="0"/>
                <w:sz w:val="20"/>
              </w:rPr>
              <w:t>（具体账号见随箱说明书）；</w:t>
            </w:r>
            <w:r>
              <w:rPr>
                <w:rFonts w:ascii="宋体" w:hAnsi="宋体" w:eastAsia="宋体"/>
                <w:b/>
                <w:sz w:val="20"/>
              </w:rPr>
              <w:t>IP / NTP 策略不变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按住 ≥ 30 s 后松开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`RST NNs` → </w:t>
            </w:r>
            <w:r>
              <w:rPr>
                <w:rFonts w:ascii="宋体" w:hAnsi="宋体" w:eastAsia="宋体"/>
                <w:b/>
                <w:sz w:val="20"/>
              </w:rPr>
              <w:t>RESETTING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恢复出厂网络等配置并重启（序列号保留）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按住约 1～10 s 或 15～30 s 松开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倒计时中途松开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无动作</w:t>
            </w:r>
            <w:r>
              <w:rPr>
                <w:rFonts w:ascii="宋体" w:hAnsi="宋体" w:eastAsia="宋体"/>
                <w:b w:val="0"/>
                <w:sz w:val="20"/>
              </w:rPr>
              <w:t>（不翻页、不恢复）</w:t>
            </w:r>
          </w:p>
        </w:tc>
      </w:tr>
    </w:tbl>
    <w:p/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 xml:space="preserve">忘密时请等到屏显 </w:t>
      </w:r>
      <w:r>
        <w:rPr>
          <w:rFonts w:ascii="宋体" w:hAnsi="宋体" w:eastAsia="宋体"/>
          <w:b/>
          <w:i/>
          <w:color w:val="444444"/>
          <w:sz w:val="20"/>
        </w:rPr>
        <w:t>`PWD REL`</w:t>
      </w:r>
      <w:r>
        <w:rPr>
          <w:rFonts w:ascii="宋体" w:hAnsi="宋体" w:eastAsia="宋体"/>
          <w:b w:val="0"/>
          <w:i/>
          <w:color w:val="444444"/>
          <w:sz w:val="20"/>
        </w:rPr>
        <w:t xml:space="preserve"> 再松手；勿按满 30 秒，以免误触出厂网络复位。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4. 网络与 Web 管理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4.1 登录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电脑与设备同网段（或路由可达）。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浏览器访问：`http://192.168.1.123/`（或实际 IP）。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浏览器弹出 Basic 认证时，输入</w:t>
      </w:r>
      <w:r>
        <w:rPr>
          <w:rFonts w:ascii="宋体" w:hAnsi="宋体" w:eastAsia="宋体"/>
          <w:b/>
          <w:sz w:val="22"/>
        </w:rPr>
        <w:t>随箱出厂账号</w:t>
      </w:r>
      <w:r>
        <w:rPr>
          <w:rFonts w:ascii="宋体" w:hAnsi="宋体" w:eastAsia="宋体"/>
          <w:b w:val="0"/>
          <w:sz w:val="22"/>
        </w:rPr>
        <w:t>或现场已修改后的账号。</w:t>
      </w:r>
    </w:p>
    <w:p>
      <w:pPr>
        <w:pStyle w:val="ListNumber"/>
      </w:pPr>
      <w:r>
        <w:rPr>
          <w:rFonts w:ascii="宋体" w:hAnsi="宋体" w:eastAsia="宋体"/>
          <w:b/>
          <w:sz w:val="22"/>
        </w:rPr>
        <w:t>建议首次登录后立即修改用户名与密码</w:t>
      </w:r>
      <w:r>
        <w:rPr>
          <w:rFonts w:ascii="宋体" w:hAnsi="宋体" w:eastAsia="宋体"/>
          <w:b w:val="0"/>
          <w:sz w:val="22"/>
        </w:rPr>
        <w:t>（Network 页）。</w:t>
      </w:r>
    </w:p>
    <w:p>
      <w:r>
        <w:rPr>
          <w:rFonts w:ascii="宋体" w:hAnsi="宋体" w:eastAsia="宋体"/>
          <w:b/>
          <w:sz w:val="22"/>
        </w:rPr>
        <w:t>合法管理入口（客户侧）：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地址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用途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`/`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Dashboard（仪表盘）：时钟、GNSS、网络只读、启动健康、系统信息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`/network`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Network：改 IP/DNS、Web 账号、NTP 应答策略、ACL、</w:t>
            </w:r>
            <w:r>
              <w:rPr>
                <w:rFonts w:ascii="宋体" w:hAnsi="宋体" w:eastAsia="宋体"/>
                <w:b/>
                <w:sz w:val="20"/>
              </w:rPr>
              <w:t>配置快照（改前摘要 + Restore 回滚）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`/mfg`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Production：出厂产测记录（现场一般只读查看）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`/flog`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事件日志 CSV（下载名 </w:t>
            </w:r>
            <w:r>
              <w:rPr>
                <w:rFonts w:ascii="宋体" w:hAnsi="宋体" w:eastAsia="宋体"/>
                <w:b/>
                <w:sz w:val="20"/>
              </w:rPr>
              <w:t>`event_log.csv`</w:t>
            </w:r>
            <w:r>
              <w:rPr>
                <w:rFonts w:ascii="宋体" w:hAnsi="宋体" w:eastAsia="宋体"/>
                <w:b w:val="0"/>
                <w:sz w:val="20"/>
              </w:rPr>
              <w:t>；触发下载，非 HTML 页）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`/stats24`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24 小时质量 CSV（下载名 </w:t>
            </w:r>
            <w:r>
              <w:rPr>
                <w:rFonts w:ascii="宋体" w:hAnsi="宋体" w:eastAsia="宋体"/>
                <w:b/>
                <w:sz w:val="20"/>
              </w:rPr>
              <w:t>`quality_24h.csv`</w:t>
            </w:r>
            <w:r>
              <w:rPr>
                <w:rFonts w:ascii="宋体" w:hAnsi="宋体" w:eastAsia="宋体"/>
                <w:b w:val="0"/>
                <w:sz w:val="20"/>
              </w:rPr>
              <w:t>；同上）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`/ntpclients`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NTP Client List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（可选；默认关；RAM；可导 </w:t>
            </w:r>
            <w:r>
              <w:rPr>
                <w:rFonts w:ascii="宋体" w:hAnsi="宋体" w:eastAsia="宋体"/>
                <w:b/>
                <w:sz w:val="20"/>
              </w:rPr>
              <w:t>`ntp_clients.csv`</w:t>
            </w:r>
            <w:r>
              <w:rPr>
                <w:rFonts w:ascii="宋体" w:hAnsi="宋体" w:eastAsia="宋体"/>
                <w:b w:val="0"/>
                <w:sz w:val="20"/>
              </w:rPr>
              <w:t>）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说明：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访问不存在的路径将直接 </w:t>
      </w:r>
      <w:r>
        <w:rPr>
          <w:rFonts w:ascii="宋体" w:hAnsi="宋体" w:eastAsia="宋体"/>
          <w:b/>
          <w:sz w:val="22"/>
        </w:rPr>
        <w:t>404</w:t>
      </w:r>
      <w:r>
        <w:rPr>
          <w:rFonts w:ascii="宋体" w:hAnsi="宋体" w:eastAsia="宋体"/>
          <w:b w:val="0"/>
          <w:sz w:val="22"/>
        </w:rPr>
        <w:t>，不会弹出登录框。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浏览器可能缓存认证信息，换账号时请清除站点密码或使用无痕窗口。</w:t>
      </w:r>
    </w:p>
    <w:p>
      <w:pPr>
        <w:pStyle w:val="ListBullet"/>
      </w:pPr>
      <w:r>
        <w:rPr>
          <w:rFonts w:ascii="宋体" w:hAnsi="宋体" w:eastAsia="宋体"/>
          <w:b/>
          <w:sz w:val="22"/>
        </w:rPr>
        <w:t>导出入口在 Dashboard（`/`）→ Diagnostics → Export</w:t>
      </w:r>
      <w:r>
        <w:rPr>
          <w:rFonts w:ascii="宋体" w:hAnsi="宋体" w:eastAsia="宋体"/>
          <w:b w:val="0"/>
          <w:sz w:val="22"/>
        </w:rPr>
        <w:t>；Network 页无下载链接。也可地址栏直接打开 `/flog`、`/stats24`（须已登录）。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出厂口令与工程诊断入口</w:t>
      </w:r>
      <w:r>
        <w:rPr>
          <w:rFonts w:ascii="宋体" w:hAnsi="宋体" w:eastAsia="宋体"/>
          <w:b/>
          <w:sz w:val="22"/>
        </w:rPr>
        <w:t>不在本标书版列出</w:t>
      </w:r>
      <w:r>
        <w:rPr>
          <w:rFonts w:ascii="宋体" w:hAnsi="宋体" w:eastAsia="宋体"/>
          <w:b w:val="0"/>
          <w:sz w:val="22"/>
        </w:rPr>
        <w:t>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4.2 修改 IP / DNS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 xml:space="preserve">打开 </w:t>
      </w:r>
      <w:r>
        <w:rPr>
          <w:rFonts w:ascii="宋体" w:hAnsi="宋体" w:eastAsia="宋体"/>
          <w:b/>
          <w:sz w:val="22"/>
        </w:rPr>
        <w:t>Network</w:t>
      </w:r>
      <w:r>
        <w:rPr>
          <w:rFonts w:ascii="宋体" w:hAnsi="宋体" w:eastAsia="宋体"/>
          <w:b w:val="0"/>
          <w:sz w:val="22"/>
        </w:rPr>
        <w:t>（`/network`）。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 xml:space="preserve">填写新 IP、掩码、网关、DNS → </w:t>
      </w:r>
      <w:r>
        <w:rPr>
          <w:rFonts w:ascii="宋体" w:hAnsi="宋体" w:eastAsia="宋体"/>
          <w:b/>
          <w:sz w:val="22"/>
        </w:rPr>
        <w:t>Apply &amp; Save</w:t>
      </w:r>
      <w:r>
        <w:rPr>
          <w:rFonts w:ascii="宋体" w:hAnsi="宋体" w:eastAsia="宋体"/>
          <w:b w:val="0"/>
          <w:sz w:val="22"/>
        </w:rPr>
        <w:t>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 xml:space="preserve">设备写入 Flash 后重启；请用 </w:t>
      </w:r>
      <w:r>
        <w:rPr>
          <w:rFonts w:ascii="宋体" w:hAnsi="宋体" w:eastAsia="宋体"/>
          <w:b/>
          <w:sz w:val="22"/>
        </w:rPr>
        <w:t>新 IP</w:t>
      </w:r>
      <w:r>
        <w:rPr>
          <w:rFonts w:ascii="宋体" w:hAnsi="宋体" w:eastAsia="宋体"/>
          <w:b w:val="0"/>
          <w:sz w:val="22"/>
        </w:rPr>
        <w:t xml:space="preserve"> 重新打开页面。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4.3 NTP 应答策略（Network 页）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Web 策略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前面板（Page 2）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行为（摘要）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锁定应答（出厂默认）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`Pol:LCK`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LOCK 后 Stratum 1；冷启暖机与短时 PPS 毛刺仍可能 Stratum 2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锁定+守时窗（导出/长测推荐）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`Pol:TIM`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同锁定应答，另在失锁后约 5 分钟内仍可能 Stratum 2；Web 大文件导出期间更不易出现客户端「没有可用时间」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守时应答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`Pol:HLD`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未 LOCK / 守时阶段仍应答，多为 Stratum 2（适合必须始终收包的老旧客户端）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 xml:space="preserve">保存后设备重启；Dashboard 与前面板 </w:t>
      </w:r>
      <w:r>
        <w:rPr>
          <w:rFonts w:ascii="宋体" w:hAnsi="宋体" w:eastAsia="宋体"/>
          <w:b/>
          <w:sz w:val="22"/>
        </w:rPr>
        <w:t>Page 2 `Pol:`</w:t>
      </w:r>
      <w:r>
        <w:rPr>
          <w:rFonts w:ascii="宋体" w:hAnsi="宋体" w:eastAsia="宋体"/>
          <w:b w:val="0"/>
          <w:sz w:val="22"/>
        </w:rPr>
        <w:t xml:space="preserve"> 可核对当前策略；正式授时仍看 </w:t>
      </w:r>
      <w:r>
        <w:rPr>
          <w:rFonts w:ascii="宋体" w:hAnsi="宋体" w:eastAsia="宋体"/>
          <w:b/>
          <w:sz w:val="22"/>
        </w:rPr>
        <w:t>NTP LOCK</w:t>
      </w:r>
      <w:r>
        <w:rPr>
          <w:rFonts w:ascii="宋体" w:hAnsi="宋体" w:eastAsia="宋体"/>
          <w:b w:val="0"/>
          <w:sz w:val="22"/>
        </w:rPr>
        <w:t xml:space="preserve"> / Page 0–1。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4.4 SNMP 只读监控（b140+）</w:t>
      </w:r>
    </w:p>
    <w:p>
      <w:r>
        <w:rPr>
          <w:rFonts w:ascii="宋体" w:hAnsi="宋体" w:eastAsia="宋体"/>
          <w:b w:val="0"/>
          <w:sz w:val="22"/>
        </w:rPr>
        <w:t xml:space="preserve">设备在 </w:t>
      </w:r>
      <w:r>
        <w:rPr>
          <w:rFonts w:ascii="宋体" w:hAnsi="宋体" w:eastAsia="宋体"/>
          <w:b/>
          <w:sz w:val="22"/>
        </w:rPr>
        <w:t>UDP 161</w:t>
      </w:r>
      <w:r>
        <w:rPr>
          <w:rFonts w:ascii="宋体" w:hAnsi="宋体" w:eastAsia="宋体"/>
          <w:b w:val="0"/>
          <w:sz w:val="22"/>
        </w:rPr>
        <w:t xml:space="preserve"> 提供 </w:t>
      </w:r>
      <w:r>
        <w:rPr>
          <w:rFonts w:ascii="宋体" w:hAnsi="宋体" w:eastAsia="宋体"/>
          <w:b/>
          <w:sz w:val="22"/>
        </w:rPr>
        <w:t>SNMPv2c 只读</w:t>
      </w:r>
      <w:r>
        <w:rPr>
          <w:rFonts w:ascii="宋体" w:hAnsi="宋体" w:eastAsia="宋体"/>
          <w:b w:val="0"/>
          <w:sz w:val="22"/>
        </w:rPr>
        <w:t>（与 NTP/Web 同一 IP）。可用于 NMS 巡检；</w:t>
      </w:r>
      <w:r>
        <w:rPr>
          <w:rFonts w:ascii="宋体" w:hAnsi="宋体" w:eastAsia="宋体"/>
          <w:b/>
          <w:sz w:val="22"/>
        </w:rPr>
        <w:t>不能</w:t>
      </w:r>
      <w:r>
        <w:rPr>
          <w:rFonts w:ascii="宋体" w:hAnsi="宋体" w:eastAsia="宋体"/>
          <w:b w:val="0"/>
          <w:sz w:val="22"/>
        </w:rPr>
        <w:t xml:space="preserve"> 用 SNMP 改配置。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snmpwalk -v2c -c &lt;community&gt; &lt;设备IP&gt; 1.3.6.1.2.1.1</w:t>
        <w:br/>
        <w:t>snmpget  -v2c -c &lt;community&gt; &lt;设备IP&gt; 1.3.6.1.2.1.1.1.0</w:t>
      </w:r>
    </w:p>
    <w:p>
      <w:r>
        <w:rPr>
          <w:rFonts w:ascii="宋体" w:hAnsi="宋体" w:eastAsia="宋体"/>
          <w:b w:val="0"/>
          <w:sz w:val="22"/>
        </w:rPr>
        <w:t>可读 `sysDescr` / `sysUpTime` / `sysName`，以及企业枝状态（链路、LOCK、NTP 应答计数等）。Community 以工程配置 / 随箱资料为准；</w:t>
      </w:r>
      <w:r>
        <w:rPr>
          <w:rFonts w:ascii="宋体" w:hAnsi="宋体" w:eastAsia="宋体"/>
          <w:b/>
          <w:sz w:val="22"/>
        </w:rPr>
        <w:t>标书脱敏指南不印刷出厂默认串</w:t>
      </w:r>
      <w:r>
        <w:rPr>
          <w:rFonts w:ascii="宋体" w:hAnsi="宋体" w:eastAsia="宋体"/>
          <w:b w:val="0"/>
          <w:sz w:val="22"/>
        </w:rPr>
        <w:t>。</w:t>
      </w:r>
    </w:p>
    <w:p>
      <w:r>
        <w:rPr>
          <w:rFonts w:ascii="宋体" w:hAnsi="宋体" w:eastAsia="宋体"/>
          <w:b/>
          <w:sz w:val="22"/>
        </w:rPr>
        <w:t>本机不含 HTTPS</w:t>
      </w:r>
      <w:r>
        <w:rPr>
          <w:rFonts w:ascii="宋体" w:hAnsi="宋体" w:eastAsia="宋体"/>
          <w:b w:val="0"/>
          <w:sz w:val="22"/>
        </w:rPr>
        <w:t>；Web 仍为 HTTP Basic Auth。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4.4.1 Syslog 边沿推送（b142+，默认关）</w:t>
      </w:r>
    </w:p>
    <w:p>
      <w:r>
        <w:rPr>
          <w:rFonts w:ascii="宋体" w:hAnsi="宋体" w:eastAsia="宋体"/>
          <w:b w:val="0"/>
          <w:sz w:val="22"/>
        </w:rPr>
        <w:t xml:space="preserve">在 </w:t>
      </w:r>
      <w:r>
        <w:rPr>
          <w:rFonts w:ascii="宋体" w:hAnsi="宋体" w:eastAsia="宋体"/>
          <w:b/>
          <w:sz w:val="22"/>
        </w:rPr>
        <w:t>Network</w:t>
      </w:r>
      <w:r>
        <w:rPr>
          <w:rFonts w:ascii="宋体" w:hAnsi="宋体" w:eastAsia="宋体"/>
          <w:b w:val="0"/>
          <w:sz w:val="22"/>
        </w:rPr>
        <w:t xml:space="preserve"> 页 </w:t>
      </w:r>
      <w:r>
        <w:rPr>
          <w:rFonts w:ascii="宋体" w:hAnsi="宋体" w:eastAsia="宋体"/>
          <w:b/>
          <w:sz w:val="22"/>
        </w:rPr>
        <w:t>Syslog (event push)</w:t>
      </w:r>
      <w:r>
        <w:rPr>
          <w:rFonts w:ascii="宋体" w:hAnsi="宋体" w:eastAsia="宋体"/>
          <w:b w:val="0"/>
          <w:sz w:val="22"/>
        </w:rPr>
        <w:t xml:space="preserve">：勾选启用并填写日志中心 IPv4（UDP 默认 </w:t>
      </w:r>
      <w:r>
        <w:rPr>
          <w:rFonts w:ascii="宋体" w:hAnsi="宋体" w:eastAsia="宋体"/>
          <w:b/>
          <w:sz w:val="22"/>
        </w:rPr>
        <w:t>514</w:t>
      </w:r>
      <w:r>
        <w:rPr>
          <w:rFonts w:ascii="宋体" w:hAnsi="宋体" w:eastAsia="宋体"/>
          <w:b w:val="0"/>
          <w:sz w:val="22"/>
        </w:rPr>
        <w:t>）。边沿事件写入 `event_log` 时同步推送一行，字段名与 CSV 一致（`event=` / `level=`）。未配置或未勾选则不推送。不含 SNMP Trap。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4.5 修改 Web 用户名 / 密码</w:t>
      </w:r>
    </w:p>
    <w:p>
      <w:r>
        <w:rPr>
          <w:rFonts w:ascii="宋体" w:hAnsi="宋体" w:eastAsia="宋体"/>
          <w:b w:val="0"/>
          <w:sz w:val="22"/>
        </w:rPr>
        <w:t xml:space="preserve">在 Network 页 </w:t>
      </w:r>
      <w:r>
        <w:rPr>
          <w:rFonts w:ascii="宋体" w:hAnsi="宋体" w:eastAsia="宋体"/>
          <w:b/>
          <w:sz w:val="22"/>
        </w:rPr>
        <w:t>Web administrator</w:t>
      </w:r>
      <w:r>
        <w:rPr>
          <w:rFonts w:ascii="宋体" w:hAnsi="宋体" w:eastAsia="宋体"/>
          <w:b w:val="0"/>
          <w:sz w:val="22"/>
        </w:rPr>
        <w:t>：</w:t>
      </w:r>
    </w:p>
    <w:p>
      <w:pPr>
        <w:pStyle w:val="ListBullet"/>
      </w:pPr>
      <w:r>
        <w:rPr>
          <w:rFonts w:ascii="宋体" w:hAnsi="宋体" w:eastAsia="宋体"/>
          <w:b/>
          <w:sz w:val="22"/>
        </w:rPr>
        <w:t>Username</w:t>
      </w:r>
      <w:r>
        <w:rPr>
          <w:rFonts w:ascii="宋体" w:hAnsi="宋体" w:eastAsia="宋体"/>
          <w:b w:val="0"/>
          <w:sz w:val="22"/>
        </w:rPr>
        <w:t>：1～15 字符（字母、数字及 `.` `_` `-`）。</w:t>
      </w:r>
    </w:p>
    <w:p>
      <w:pPr>
        <w:pStyle w:val="ListBullet"/>
      </w:pPr>
      <w:r>
        <w:rPr>
          <w:rFonts w:ascii="宋体" w:hAnsi="宋体" w:eastAsia="宋体"/>
          <w:b/>
          <w:sz w:val="22"/>
        </w:rPr>
        <w:t>New password</w:t>
      </w:r>
      <w:r>
        <w:rPr>
          <w:rFonts w:ascii="宋体" w:hAnsi="宋体" w:eastAsia="宋体"/>
          <w:b w:val="0"/>
          <w:sz w:val="22"/>
        </w:rPr>
        <w:t xml:space="preserve">：留空则保持原密码；填写则须 </w:t>
      </w:r>
      <w:r>
        <w:rPr>
          <w:rFonts w:ascii="宋体" w:hAnsi="宋体" w:eastAsia="宋体"/>
          <w:b/>
          <w:sz w:val="22"/>
        </w:rPr>
        <w:t>6～15</w:t>
      </w:r>
      <w:r>
        <w:rPr>
          <w:rFonts w:ascii="宋体" w:hAnsi="宋体" w:eastAsia="宋体"/>
          <w:b w:val="0"/>
          <w:sz w:val="22"/>
        </w:rPr>
        <w:t xml:space="preserve"> 字符。</w:t>
      </w:r>
    </w:p>
    <w:p>
      <w:r>
        <w:rPr>
          <w:rFonts w:ascii="宋体" w:hAnsi="宋体" w:eastAsia="宋体"/>
          <w:b w:val="0"/>
          <w:sz w:val="22"/>
        </w:rPr>
        <w:t>保存成功后请用新凭据登录。忘记账号时用前面板中按恢复出厂凭据（§3.2）。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4.6 事件日志与 24 小时质量导出</w:t>
      </w:r>
    </w:p>
    <w:p>
      <w:r>
        <w:rPr>
          <w:rFonts w:ascii="宋体" w:hAnsi="宋体" w:eastAsia="宋体"/>
          <w:b w:val="0"/>
          <w:sz w:val="22"/>
        </w:rPr>
        <w:t xml:space="preserve">需要留证时，从 Dashboard </w:t>
      </w:r>
      <w:r>
        <w:rPr>
          <w:rFonts w:ascii="宋体" w:hAnsi="宋体" w:eastAsia="宋体"/>
          <w:b/>
          <w:sz w:val="22"/>
        </w:rPr>
        <w:t>Diagnostics → Export</w:t>
      </w:r>
      <w:r>
        <w:rPr>
          <w:rFonts w:ascii="宋体" w:hAnsi="宋体" w:eastAsia="宋体"/>
          <w:b w:val="0"/>
          <w:sz w:val="22"/>
        </w:rPr>
        <w:t xml:space="preserve"> 导出下列客户版文件即可：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下载名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路径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内容（客户列）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`event_log.csv`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`/flog`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`time, uptime_s, event, level`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边沿事件环形约 </w:t>
            </w:r>
            <w:r>
              <w:rPr>
                <w:rFonts w:ascii="宋体" w:hAnsi="宋体" w:eastAsia="宋体"/>
                <w:b/>
                <w:sz w:val="20"/>
              </w:rPr>
              <w:t>2048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条；</w:t>
            </w:r>
            <w:r>
              <w:rPr>
                <w:rFonts w:ascii="宋体" w:hAnsi="宋体" w:eastAsia="宋体"/>
                <w:b/>
                <w:sz w:val="20"/>
              </w:rPr>
              <w:t>默认导出最近约 1024 条</w:t>
            </w:r>
            <w:r>
              <w:rPr>
                <w:rFonts w:ascii="宋体" w:hAnsi="宋体" w:eastAsia="宋体"/>
                <w:b w:val="0"/>
                <w:sz w:val="20"/>
              </w:rPr>
              <w:t>；满则覆盖最旧；导出过程仍穿插应答 NTP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`quality_24h.csv`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`/stats24`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`hour_utc, offset_avg_ns, jitter_max_ns, samples`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最多 24 个整点桶；`samples=0` 表示该整点无 GNSS 驯服采样（行仍保留）；整表体积很小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`ntp_clients.csv`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`/ntpclients`（须先 Enable）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`src_ip,hits,last_age_s`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可选会话表（≤16 源 IP）；重启清空；</w:t>
            </w:r>
            <w:r>
              <w:rPr>
                <w:rFonts w:ascii="宋体" w:hAnsi="宋体" w:eastAsia="宋体"/>
                <w:b/>
                <w:sz w:val="20"/>
              </w:rPr>
              <w:t>默认关闭</w:t>
            </w:r>
            <w:r>
              <w:rPr>
                <w:rFonts w:ascii="宋体" w:hAnsi="宋体" w:eastAsia="宋体"/>
                <w:b w:val="0"/>
                <w:sz w:val="20"/>
              </w:rPr>
              <w:t>（对标 Meinberg）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>点击链接后浏览器</w:t>
      </w:r>
      <w:r>
        <w:rPr>
          <w:rFonts w:ascii="宋体" w:hAnsi="宋体" w:eastAsia="宋体"/>
          <w:b/>
          <w:sz w:val="22"/>
        </w:rPr>
        <w:t>直接下载 CSV</w:t>
      </w:r>
      <w:r>
        <w:rPr>
          <w:rFonts w:ascii="宋体" w:hAnsi="宋体" w:eastAsia="宋体"/>
          <w:b w:val="0"/>
          <w:sz w:val="22"/>
        </w:rPr>
        <w:t>（不是打开新网页）。导出不含账号密钥。建议在业务低峰下载；避免与 NTP 压力测试同时进行。</w:t>
      </w:r>
    </w:p>
    <w:p>
      <w:r>
        <w:rPr>
          <w:rFonts w:ascii="宋体" w:hAnsi="宋体" w:eastAsia="宋体"/>
          <w:b w:val="0"/>
          <w:sz w:val="22"/>
        </w:rPr>
        <w:t xml:space="preserve">误改 IP / 策略 / ACL 后：打开 </w:t>
      </w:r>
      <w:r>
        <w:rPr>
          <w:rFonts w:ascii="宋体" w:hAnsi="宋体" w:eastAsia="宋体"/>
          <w:b/>
          <w:sz w:val="22"/>
        </w:rPr>
        <w:t>Network → Configuration snapshots</w:t>
      </w:r>
      <w:r>
        <w:rPr>
          <w:rFonts w:ascii="宋体" w:hAnsi="宋体" w:eastAsia="宋体"/>
          <w:b w:val="0"/>
          <w:sz w:val="22"/>
        </w:rPr>
        <w:t xml:space="preserve">，对照 </w:t>
      </w:r>
      <w:r>
        <w:rPr>
          <w:rFonts w:ascii="宋体" w:hAnsi="宋体" w:eastAsia="宋体"/>
          <w:b/>
          <w:sz w:val="22"/>
        </w:rPr>
        <w:t>Previous summary</w:t>
      </w:r>
      <w:r>
        <w:rPr>
          <w:rFonts w:ascii="宋体" w:hAnsi="宋体" w:eastAsia="宋体"/>
          <w:b w:val="0"/>
          <w:sz w:val="22"/>
        </w:rPr>
        <w:t xml:space="preserve">（改前 IP/掩码/网关/策略/ACL），点 </w:t>
      </w:r>
      <w:r>
        <w:rPr>
          <w:rFonts w:ascii="宋体" w:hAnsi="宋体" w:eastAsia="宋体"/>
          <w:b/>
          <w:sz w:val="22"/>
        </w:rPr>
        <w:t>Restore</w:t>
      </w:r>
      <w:r>
        <w:rPr>
          <w:rFonts w:ascii="宋体" w:hAnsi="宋体" w:eastAsia="宋体"/>
          <w:b w:val="0"/>
          <w:sz w:val="22"/>
        </w:rPr>
        <w:t xml:space="preserve"> 回滚并重启。`event_log.csv` 中可见 `CFG_NET` / `CFG_ACL` / `CFG_PWD` 与改配置时间对齐。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5. 客户端配置 — Windows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5.1 Windows 10 / 11（图形界面）</w:t>
      </w:r>
    </w:p>
    <w:p>
      <w:pPr>
        <w:pStyle w:val="ListNumber"/>
      </w:pPr>
      <w:r>
        <w:rPr>
          <w:rFonts w:ascii="宋体" w:hAnsi="宋体" w:eastAsia="宋体"/>
          <w:b/>
          <w:sz w:val="22"/>
        </w:rPr>
        <w:t>设置</w:t>
      </w:r>
      <w:r>
        <w:rPr>
          <w:rFonts w:ascii="宋体" w:hAnsi="宋体" w:eastAsia="宋体"/>
          <w:b w:val="0"/>
          <w:sz w:val="22"/>
        </w:rPr>
        <w:t xml:space="preserve"> → </w:t>
      </w:r>
      <w:r>
        <w:rPr>
          <w:rFonts w:ascii="宋体" w:hAnsi="宋体" w:eastAsia="宋体"/>
          <w:b/>
          <w:sz w:val="22"/>
        </w:rPr>
        <w:t>时间和语言</w:t>
      </w:r>
      <w:r>
        <w:rPr>
          <w:rFonts w:ascii="宋体" w:hAnsi="宋体" w:eastAsia="宋体"/>
          <w:b w:val="0"/>
          <w:sz w:val="22"/>
        </w:rPr>
        <w:t xml:space="preserve"> → </w:t>
      </w:r>
      <w:r>
        <w:rPr>
          <w:rFonts w:ascii="宋体" w:hAnsi="宋体" w:eastAsia="宋体"/>
          <w:b/>
          <w:sz w:val="22"/>
        </w:rPr>
        <w:t>日期和时间</w:t>
      </w:r>
    </w:p>
    <w:p>
      <w:pPr>
        <w:pStyle w:val="ListNumber"/>
      </w:pPr>
      <w:r>
        <w:rPr>
          <w:rFonts w:ascii="宋体" w:hAnsi="宋体" w:eastAsia="宋体"/>
          <w:b/>
          <w:sz w:val="22"/>
        </w:rPr>
        <w:t>附加设置</w:t>
      </w:r>
      <w:r>
        <w:rPr>
          <w:rFonts w:ascii="宋体" w:hAnsi="宋体" w:eastAsia="宋体"/>
          <w:b w:val="0"/>
          <w:sz w:val="22"/>
        </w:rPr>
        <w:t xml:space="preserve"> / </w:t>
      </w:r>
      <w:r>
        <w:rPr>
          <w:rFonts w:ascii="宋体" w:hAnsi="宋体" w:eastAsia="宋体"/>
          <w:b/>
          <w:sz w:val="22"/>
        </w:rPr>
        <w:t>控制面板</w:t>
      </w:r>
      <w:r>
        <w:rPr>
          <w:rFonts w:ascii="宋体" w:hAnsi="宋体" w:eastAsia="宋体"/>
          <w:b w:val="0"/>
          <w:sz w:val="22"/>
        </w:rPr>
        <w:t xml:space="preserve"> → </w:t>
      </w:r>
      <w:r>
        <w:rPr>
          <w:rFonts w:ascii="宋体" w:hAnsi="宋体" w:eastAsia="宋体"/>
          <w:b/>
          <w:sz w:val="22"/>
        </w:rPr>
        <w:t>日期和时间</w:t>
      </w:r>
      <w:r>
        <w:rPr>
          <w:rFonts w:ascii="宋体" w:hAnsi="宋体" w:eastAsia="宋体"/>
          <w:b w:val="0"/>
          <w:sz w:val="22"/>
        </w:rPr>
        <w:t xml:space="preserve"> → </w:t>
      </w:r>
      <w:r>
        <w:rPr>
          <w:rFonts w:ascii="宋体" w:hAnsi="宋体" w:eastAsia="宋体"/>
          <w:b/>
          <w:sz w:val="22"/>
        </w:rPr>
        <w:t>Internet 时间</w:t>
      </w:r>
      <w:r>
        <w:rPr>
          <w:rFonts w:ascii="宋体" w:hAnsi="宋体" w:eastAsia="宋体"/>
          <w:b w:val="0"/>
          <w:sz w:val="22"/>
        </w:rPr>
        <w:t xml:space="preserve"> → </w:t>
      </w:r>
      <w:r>
        <w:rPr>
          <w:rFonts w:ascii="宋体" w:hAnsi="宋体" w:eastAsia="宋体"/>
          <w:b/>
          <w:sz w:val="22"/>
        </w:rPr>
        <w:t>更改设置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服务器填设备 IP（例：`192.168.1.123`）</w:t>
      </w:r>
    </w:p>
    <w:p>
      <w:pPr>
        <w:pStyle w:val="ListNumber"/>
      </w:pPr>
      <w:r>
        <w:rPr>
          <w:rFonts w:ascii="宋体" w:hAnsi="宋体" w:eastAsia="宋体"/>
          <w:b/>
          <w:sz w:val="22"/>
        </w:rPr>
        <w:t>立即更新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5.2 命令行（管理员 PowerShell）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w32tm /config /manualpeerlist:"192.168.1.123" /syncfromflags:manual /update</w:t>
        <w:br/>
        <w:t>w32tm /resync</w:t>
        <w:br/>
        <w:t>w32tm /query /status</w:t>
      </w:r>
    </w:p>
    <w:p>
      <w:r>
        <w:rPr>
          <w:rFonts w:ascii="宋体" w:hAnsi="宋体" w:eastAsia="宋体"/>
          <w:b w:val="0"/>
          <w:sz w:val="22"/>
        </w:rPr>
        <w:t>域环境请在 GPO 中将 NTP 服务器指向本设备 IP。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5.3 验证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w32tm /query /peers</w:t>
        <w:br/>
        <w:t>w32tm /stripchart /computer:192.168.1.123 /samples:5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6. 客户端配置 — Linux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6.1 systemd-timesyncd</w:t>
      </w:r>
    </w:p>
    <w:p>
      <w:r>
        <w:rPr>
          <w:rFonts w:ascii="宋体" w:hAnsi="宋体" w:eastAsia="宋体"/>
          <w:b w:val="0"/>
          <w:sz w:val="22"/>
        </w:rPr>
        <w:t>编辑 `/etc/systemd/timesyncd.conf`：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[Time]</w:t>
        <w:br/>
        <w:t>NTP=192.168.1.123</w:t>
        <w:br/>
        <w:t>FallbackNTP=0.pool.ntp.org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sudo systemctl restart systemd-timesyncd</w:t>
        <w:br/>
        <w:t>timedatectl status</w:t>
        <w:br/>
        <w:t>timedatectl timesync-status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6.2 chrony（推荐生产环境）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server 192.168.1.123 iburst prefer</w:t>
        <w:br/>
        <w:t>driftfile /var/lib/chrony/drift</w:t>
        <w:br/>
        <w:t>makestep 1.0 3</w:t>
        <w:br/>
        <w:t>rtcsync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sudo systemctl restart chronyd</w:t>
        <w:br/>
        <w:t>chronyc sources -v</w:t>
        <w:br/>
        <w:t>chronyc tracking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6.3 一次性校对（仅测试）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sudo ntpdate -u 192.168.1.123</w:t>
        <w:br/>
        <w:t># 或</w:t>
        <w:br/>
        <w:t>sntp -s 192.168.1.123</w:t>
      </w:r>
    </w:p>
    <w:p>
      <w:r>
        <w:rPr>
          <w:rFonts w:ascii="宋体" w:hAnsi="宋体" w:eastAsia="宋体"/>
          <w:b w:val="0"/>
          <w:sz w:val="22"/>
        </w:rPr>
        <w:t xml:space="preserve">长期运行请使用 </w:t>
      </w:r>
      <w:r>
        <w:rPr>
          <w:rFonts w:ascii="宋体" w:hAnsi="宋体" w:eastAsia="宋体"/>
          <w:b/>
          <w:sz w:val="22"/>
        </w:rPr>
        <w:t>chrony</w:t>
      </w:r>
      <w:r>
        <w:rPr>
          <w:rFonts w:ascii="宋体" w:hAnsi="宋体" w:eastAsia="宋体"/>
          <w:b w:val="0"/>
          <w:sz w:val="22"/>
        </w:rPr>
        <w:t xml:space="preserve"> 或 </w:t>
      </w:r>
      <w:r>
        <w:rPr>
          <w:rFonts w:ascii="宋体" w:hAnsi="宋体" w:eastAsia="宋体"/>
          <w:b/>
          <w:sz w:val="22"/>
        </w:rPr>
        <w:t>timesyncd</w:t>
      </w:r>
      <w:r>
        <w:rPr>
          <w:rFonts w:ascii="宋体" w:hAnsi="宋体" w:eastAsia="宋体"/>
          <w:b w:val="0"/>
          <w:sz w:val="22"/>
        </w:rPr>
        <w:t>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7. 客户端配置 — macOS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7.1 图形界面</w:t>
      </w:r>
    </w:p>
    <w:p>
      <w:r>
        <w:rPr>
          <w:rFonts w:ascii="宋体" w:hAnsi="宋体" w:eastAsia="宋体"/>
          <w:b/>
          <w:sz w:val="22"/>
        </w:rPr>
        <w:t>系统设置</w:t>
      </w:r>
      <w:r>
        <w:rPr>
          <w:rFonts w:ascii="宋体" w:hAnsi="宋体" w:eastAsia="宋体"/>
          <w:b w:val="0"/>
          <w:sz w:val="22"/>
        </w:rPr>
        <w:t xml:space="preserve"> → </w:t>
      </w:r>
      <w:r>
        <w:rPr>
          <w:rFonts w:ascii="宋体" w:hAnsi="宋体" w:eastAsia="宋体"/>
          <w:b/>
          <w:sz w:val="22"/>
        </w:rPr>
        <w:t>通用</w:t>
      </w:r>
      <w:r>
        <w:rPr>
          <w:rFonts w:ascii="宋体" w:hAnsi="宋体" w:eastAsia="宋体"/>
          <w:b w:val="0"/>
          <w:sz w:val="22"/>
        </w:rPr>
        <w:t xml:space="preserve"> → </w:t>
      </w:r>
      <w:r>
        <w:rPr>
          <w:rFonts w:ascii="宋体" w:hAnsi="宋体" w:eastAsia="宋体"/>
          <w:b/>
          <w:sz w:val="22"/>
        </w:rPr>
        <w:t>日期与时间</w:t>
      </w:r>
      <w:r>
        <w:rPr>
          <w:rFonts w:ascii="宋体" w:hAnsi="宋体" w:eastAsia="宋体"/>
          <w:b w:val="0"/>
          <w:sz w:val="22"/>
        </w:rPr>
        <w:t xml:space="preserve"> → 开启自动对时；若可配置 NTP，填设备 IP。部分版本仅允许系统默认服务器，企业可用配置描述文件下发。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7.2 命令行</w:t>
      </w:r>
    </w:p>
    <w:p>
      <w:pPr>
        <w:spacing w:before="120" w:after="120"/>
        <w:ind w:left="283"/>
      </w:pPr>
      <w:r>
        <w:rPr>
          <w:rFonts w:ascii="Consolas" w:hAnsi="Consolas" w:eastAsia="Consolas"/>
          <w:b w:val="0"/>
          <w:color w:val="1E1E1E"/>
          <w:sz w:val="18"/>
        </w:rPr>
        <w:t>sntp -sS 192.168.1.123</w:t>
        <w:br/>
        <w:t>sudo systemsetup -setnetworktimeserver 192.168.1.123</w:t>
        <w:br/>
        <w:t>sudo systemsetup -getnetworktimeserver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8. 工业接口（本机型）</w:t>
      </w:r>
    </w:p>
    <w:p>
      <w:r>
        <w:rPr>
          <w:rFonts w:ascii="宋体" w:hAnsi="宋体" w:eastAsia="宋体"/>
          <w:b w:val="0"/>
          <w:sz w:val="22"/>
        </w:rPr>
        <w:t xml:space="preserve">以下接口与以太网 NTP </w:t>
      </w:r>
      <w:r>
        <w:rPr>
          <w:rFonts w:ascii="宋体" w:hAnsi="宋体" w:eastAsia="宋体"/>
          <w:b/>
          <w:sz w:val="22"/>
        </w:rPr>
        <w:t>并行工作</w:t>
      </w:r>
      <w:r>
        <w:rPr>
          <w:rFonts w:ascii="宋体" w:hAnsi="宋体" w:eastAsia="宋体"/>
          <w:b w:val="0"/>
          <w:sz w:val="22"/>
        </w:rPr>
        <w:t xml:space="preserve">，互不替代。接线、极性与丝印以随箱图纸为准。各通道精度口径经多轮校验相对验收目标有 </w:t>
      </w:r>
      <w:r>
        <w:rPr>
          <w:rFonts w:ascii="宋体" w:hAnsi="宋体" w:eastAsia="宋体"/>
          <w:b/>
          <w:sz w:val="22"/>
        </w:rPr>
        <w:t>充足余量</w:t>
      </w:r>
      <w:r>
        <w:rPr>
          <w:rFonts w:ascii="宋体" w:hAnsi="宋体" w:eastAsia="宋体"/>
          <w:b w:val="0"/>
          <w:sz w:val="22"/>
        </w:rPr>
        <w:t>；选型时仍按通道理解，勿跨通道套用纳秒指标。</w:t>
      </w:r>
    </w:p>
    <w:p>
      <w:r>
        <w:rPr>
          <w:rFonts w:ascii="宋体" w:hAnsi="宋体" w:eastAsia="宋体"/>
          <w:b/>
          <w:sz w:val="22"/>
        </w:rPr>
        <w:t>PLC / 时码集成请另阅随箱附件：</w:t>
      </w:r>
      <w:r>
        <w:rPr>
          <w:rFonts w:ascii="宋体" w:hAnsi="宋体" w:eastAsia="宋体"/>
          <w:b w:val="0"/>
          <w:sz w:val="22"/>
        </w:rPr>
        <w:t xml:space="preserve"> 《工业接口协议附件》（《工业接口协议附件》：Modbus 寄存器地图、IRIG-B120 接口说明）。本节仅为选型与注意要点。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8.1 RS-485 Modbus RTU（绝对时间）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规格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电气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半双工 RS-485（A/B，DE 自动控制）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协议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Modbus RTU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串口参数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9600 8N1</w:t>
            </w:r>
            <w:r>
              <w:rPr>
                <w:rFonts w:ascii="宋体" w:hAnsi="宋体" w:eastAsia="宋体"/>
                <w:b w:val="0"/>
                <w:sz w:val="20"/>
              </w:rPr>
              <w:t>（出厂）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从站地址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0x01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功能码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读保持寄存器 </w:t>
            </w:r>
            <w:r>
              <w:rPr>
                <w:rFonts w:ascii="宋体" w:hAnsi="宋体" w:eastAsia="宋体"/>
                <w:b/>
                <w:sz w:val="20"/>
              </w:rPr>
              <w:t>FC03</w:t>
            </w:r>
            <w:r>
              <w:rPr>
                <w:rFonts w:ascii="宋体" w:hAnsi="宋体" w:eastAsia="宋体"/>
                <w:b w:val="0"/>
                <w:sz w:val="20"/>
              </w:rPr>
              <w:t>（FC04 同映射）；产线写功能见协议附件 §2.6，用户侧以只读为主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时间内容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UTC：年、月、日、时、分、秒、</w:t>
            </w:r>
            <w:r>
              <w:rPr>
                <w:rFonts w:ascii="宋体" w:hAnsi="宋体" w:eastAsia="宋体"/>
                <w:b/>
                <w:sz w:val="20"/>
              </w:rPr>
              <w:t>毫秒（0–999）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（寄存器地址 </w:t>
            </w:r>
            <w:r>
              <w:rPr>
                <w:rFonts w:ascii="宋体" w:hAnsi="宋体" w:eastAsia="宋体"/>
                <w:b/>
                <w:sz w:val="20"/>
              </w:rPr>
              <w:t>10–16</w:t>
            </w:r>
            <w:r>
              <w:rPr>
                <w:rFonts w:ascii="宋体" w:hAnsi="宋体" w:eastAsia="宋体"/>
                <w:b w:val="0"/>
                <w:sz w:val="20"/>
              </w:rPr>
              <w:t>，详见协议附件）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分辨率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 ms</w:t>
            </w:r>
            <w:r>
              <w:rPr>
                <w:rFonts w:ascii="宋体" w:hAnsi="宋体" w:eastAsia="宋体"/>
                <w:b w:val="0"/>
                <w:sz w:val="20"/>
              </w:rPr>
              <w:t>（亚秒字段上限）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推荐轮询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 Hz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或按工艺需要；过快轮询不提高亚秒分辨率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专业说明：</w:t>
      </w:r>
      <w:r>
        <w:rPr>
          <w:rFonts w:ascii="宋体" w:hAnsi="宋体" w:eastAsia="宋体"/>
          <w:b w:val="0"/>
          <w:sz w:val="22"/>
        </w:rPr>
        <w:t xml:space="preserve"> Modbus 通道提供的是 </w:t>
      </w:r>
      <w:r>
        <w:rPr>
          <w:rFonts w:ascii="宋体" w:hAnsi="宋体" w:eastAsia="宋体"/>
          <w:b/>
          <w:sz w:val="22"/>
        </w:rPr>
        <w:t>可轮询的绝对时间数值</w:t>
      </w:r>
      <w:r>
        <w:rPr>
          <w:rFonts w:ascii="宋体" w:hAnsi="宋体" w:eastAsia="宋体"/>
          <w:b w:val="0"/>
          <w:sz w:val="22"/>
        </w:rPr>
        <w:t xml:space="preserve">，适合 PLC 画面、报表时戳与联锁逻辑。字段分辨与协议行为经联调验证稳定；若应用需要与外部硬件事件在 </w:t>
      </w:r>
      <w:r>
        <w:rPr>
          <w:rFonts w:ascii="宋体" w:hAnsi="宋体" w:eastAsia="宋体"/>
          <w:b/>
          <w:sz w:val="22"/>
        </w:rPr>
        <w:t>同一秒沿</w:t>
      </w:r>
      <w:r>
        <w:rPr>
          <w:rFonts w:ascii="宋体" w:hAnsi="宋体" w:eastAsia="宋体"/>
          <w:b w:val="0"/>
          <w:sz w:val="22"/>
        </w:rPr>
        <w:t xml:space="preserve"> 对齐，应同时接入 </w:t>
      </w:r>
      <w:r>
        <w:rPr>
          <w:rFonts w:ascii="宋体" w:hAnsi="宋体" w:eastAsia="宋体"/>
          <w:b/>
          <w:sz w:val="22"/>
        </w:rPr>
        <w:t>1PPS OUT</w:t>
      </w:r>
      <w:r>
        <w:rPr>
          <w:rFonts w:ascii="宋体" w:hAnsi="宋体" w:eastAsia="宋体"/>
          <w:b w:val="0"/>
          <w:sz w:val="22"/>
        </w:rPr>
        <w:t>，以脉冲沿为同步基准、以寄存器为日历时间。</w:t>
      </w:r>
    </w:p>
    <w:p>
      <w:r>
        <w:rPr>
          <w:rFonts w:ascii="宋体" w:hAnsi="宋体" w:eastAsia="宋体"/>
          <w:b/>
          <w:sz w:val="22"/>
        </w:rPr>
        <w:t>使用注意：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 xml:space="preserve">请在设备显示 </w:t>
      </w:r>
      <w:r>
        <w:rPr>
          <w:rFonts w:ascii="宋体" w:hAnsi="宋体" w:eastAsia="宋体"/>
          <w:b/>
          <w:sz w:val="22"/>
        </w:rPr>
        <w:t>LK GNSS / LOCK（绿色 FIX）</w:t>
      </w:r>
      <w:r>
        <w:rPr>
          <w:rFonts w:ascii="宋体" w:hAnsi="宋体" w:eastAsia="宋体"/>
          <w:b w:val="0"/>
          <w:sz w:val="22"/>
        </w:rPr>
        <w:t xml:space="preserve"> 后再作为正式授时源；未锁定时年月日可能无效或未收敛。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 xml:space="preserve">RS-485 总线需 </w:t>
      </w:r>
      <w:r>
        <w:rPr>
          <w:rFonts w:ascii="宋体" w:hAnsi="宋体" w:eastAsia="宋体"/>
          <w:b/>
          <w:sz w:val="22"/>
        </w:rPr>
        <w:t>共地、终端电阻按现场规范配置</w:t>
      </w:r>
      <w:r>
        <w:rPr>
          <w:rFonts w:ascii="宋体" w:hAnsi="宋体" w:eastAsia="宋体"/>
          <w:b w:val="0"/>
          <w:sz w:val="22"/>
        </w:rPr>
        <w:t>；长线、强干扰环境建议屏蔽双绞线。</w:t>
      </w:r>
    </w:p>
    <w:p>
      <w:pPr>
        <w:pStyle w:val="ListNumber"/>
      </w:pPr>
      <w:r>
        <w:rPr>
          <w:rFonts w:ascii="宋体" w:hAnsi="宋体" w:eastAsia="宋体"/>
          <w:b/>
          <w:sz w:val="22"/>
        </w:rPr>
        <w:t>A/B 端子不输出 1PPS 方波</w:t>
      </w:r>
      <w:r>
        <w:rPr>
          <w:rFonts w:ascii="宋体" w:hAnsi="宋体" w:eastAsia="宋体"/>
          <w:b w:val="0"/>
          <w:sz w:val="22"/>
        </w:rPr>
        <w:t>；秒脉冲请使用独立的 1PPS 输出端子。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8.2 TTL 1PPS 输出（硬件秒脉冲）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规格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信号类型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3.3 V TTL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推挽电平（以端子/规格书为准）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频率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1 Hz</w:t>
            </w:r>
            <w:r>
              <w:rPr>
                <w:rFonts w:ascii="宋体" w:hAnsi="宋体" w:eastAsia="宋体"/>
                <w:b w:val="0"/>
                <w:sz w:val="20"/>
              </w:rPr>
              <w:t>（有效 GNSS PPS 驱动下翻转，约 50% 占空）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用途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秒沿硬件同步、测量仪器触发、与上位机采集卡对齐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与时间寄存器关系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脉冲给出“秒边界”；绝对日历时间由 Modbus / NTP 读取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专业说明：</w:t>
      </w:r>
      <w:r>
        <w:rPr>
          <w:rFonts w:ascii="宋体" w:hAnsi="宋体" w:eastAsia="宋体"/>
          <w:b w:val="0"/>
          <w:sz w:val="22"/>
        </w:rPr>
        <w:t xml:space="preserve"> 1PPS 输出表征 </w:t>
      </w:r>
      <w:r>
        <w:rPr>
          <w:rFonts w:ascii="宋体" w:hAnsi="宋体" w:eastAsia="宋体"/>
          <w:b/>
          <w:sz w:val="22"/>
        </w:rPr>
        <w:t>时间轴的秒沿</w:t>
      </w:r>
      <w:r>
        <w:rPr>
          <w:rFonts w:ascii="宋体" w:hAnsi="宋体" w:eastAsia="宋体"/>
          <w:b w:val="0"/>
          <w:sz w:val="22"/>
        </w:rPr>
        <w:t>，属于物理层同步信号。相对内部有效 GNSS PPS 的传播延迟为 MCU 量级（通常亚微秒），工程验收口径下余量充足。验收时建议用示波器或计数器测量相对参考 PPS 的边沿偏差；</w:t>
      </w:r>
      <w:r>
        <w:rPr>
          <w:rFonts w:ascii="宋体" w:hAnsi="宋体" w:eastAsia="宋体"/>
          <w:b/>
          <w:sz w:val="22"/>
        </w:rPr>
        <w:t>不得</w:t>
      </w:r>
      <w:r>
        <w:rPr>
          <w:rFonts w:ascii="宋体" w:hAnsi="宋体" w:eastAsia="宋体"/>
          <w:b w:val="0"/>
          <w:sz w:val="22"/>
        </w:rPr>
        <w:t xml:space="preserve"> 用网口 `ping` 或 Windows 时间面板代替 1PPS 验收。</w:t>
      </w:r>
    </w:p>
    <w:p>
      <w:r>
        <w:rPr>
          <w:rFonts w:ascii="宋体" w:hAnsi="宋体" w:eastAsia="宋体"/>
          <w:b/>
          <w:sz w:val="22"/>
        </w:rPr>
        <w:t>使用注意：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TTL 为单端电平，线长与负载电容会影响边沿；精密应用请控制线长并做好阻抗与接地。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未 LOCK 时脉冲可能仍存在，但系统时间尚未可作为正式源——联锁逻辑请同时判断 Modbus/Web 状态字或前面板 LOCK。</w:t>
      </w:r>
    </w:p>
    <w:p>
      <w:pPr>
        <w:pStyle w:val="ListNumber"/>
      </w:pPr>
      <w:r>
        <w:rPr>
          <w:rFonts w:ascii="宋体" w:hAnsi="宋体" w:eastAsia="宋体"/>
          <w:b w:val="0"/>
          <w:sz w:val="22"/>
        </w:rPr>
        <w:t>请勿将 1PPS 端子与 RS-485 A/B 混接。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8.3 IRIG-B120 DCLS（时码）</w:t>
      </w:r>
    </w:p>
    <w:p>
      <w:r>
        <w:rPr>
          <w:rFonts w:ascii="宋体" w:hAnsi="宋体" w:eastAsia="宋体"/>
          <w:b w:val="0"/>
          <w:sz w:val="22"/>
        </w:rPr>
        <w:t xml:space="preserve">本机型提供 </w:t>
      </w:r>
      <w:r>
        <w:rPr>
          <w:rFonts w:ascii="宋体" w:hAnsi="宋体" w:eastAsia="宋体"/>
          <w:b/>
          <w:sz w:val="22"/>
        </w:rPr>
        <w:t>IRIG-B120 DCLS</w:t>
      </w:r>
      <w:r>
        <w:rPr>
          <w:rFonts w:ascii="宋体" w:hAnsi="宋体" w:eastAsia="宋体"/>
          <w:b w:val="0"/>
          <w:sz w:val="22"/>
        </w:rPr>
        <w:t xml:space="preserve"> 数字时码输出（端子 / BNC 见图纸），用于兼容传统电力/工业时码设备。时码帧与内部 PPS 秒沿同步；电气电平、帧域与验收要点见 </w:t>
      </w:r>
      <w:r>
        <w:rPr>
          <w:rFonts w:ascii="宋体" w:hAnsi="宋体" w:eastAsia="宋体"/>
          <w:b/>
          <w:sz w:val="22"/>
        </w:rPr>
        <w:t>协议附件 §3</w:t>
      </w:r>
      <w:r>
        <w:rPr>
          <w:rFonts w:ascii="宋体" w:hAnsi="宋体" w:eastAsia="宋体"/>
          <w:b w:val="0"/>
          <w:sz w:val="22"/>
        </w:rPr>
        <w:t xml:space="preserve">。建议在 </w:t>
      </w:r>
      <w:r>
        <w:rPr>
          <w:rFonts w:ascii="宋体" w:hAnsi="宋体" w:eastAsia="宋体"/>
          <w:b/>
          <w:sz w:val="22"/>
        </w:rPr>
        <w:t>LOCK</w:t>
      </w:r>
      <w:r>
        <w:rPr>
          <w:rFonts w:ascii="宋体" w:hAnsi="宋体" w:eastAsia="宋体"/>
          <w:b w:val="0"/>
          <w:sz w:val="22"/>
        </w:rPr>
        <w:t xml:space="preserve"> 状态下联调。</w:t>
      </w:r>
    </w:p>
    <w:p>
      <w:pPr>
        <w:pStyle w:val="Heading2"/>
        <w:spacing w:before="200" w:after="80"/>
      </w:pPr>
      <w:r>
        <w:rPr>
          <w:rFonts w:ascii="微软雅黑" w:hAnsi="微软雅黑" w:eastAsia="微软雅黑"/>
          <w:b/>
          <w:sz w:val="26"/>
        </w:rPr>
        <w:t>8.4 以太网 NTP（与工业口对照）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对比项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RJ45 NTP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RS-485 Modbus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1PPS OUT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介质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以太网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双绞线 485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TTL 导线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时间形态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协议时间戳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寄存器绝对时间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秒脉冲沿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典型精度量级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毫秒级</w:t>
            </w:r>
            <w:r>
              <w:rPr>
                <w:rFonts w:ascii="宋体" w:hAnsi="宋体" w:eastAsia="宋体"/>
                <w:b w:val="0"/>
                <w:sz w:val="20"/>
              </w:rPr>
              <w:t>（局域网；本机应答侧经校验稳定）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毫秒分辨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+ 轮询延迟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亚微秒级</w:t>
            </w:r>
            <w:r>
              <w:rPr>
                <w:rFonts w:ascii="宋体" w:hAnsi="宋体" w:eastAsia="宋体"/>
                <w:b w:val="0"/>
                <w:sz w:val="20"/>
              </w:rPr>
              <w:t>（边沿，相对内部 PPS；裕度充足）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典型客户端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PC / 服务器 / NVR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PLC / 触摸屏 / SCADA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示波器 / 采集卡 / 同步节点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>协议栈在应答中可声明较高的时钟分辨率字段（设备侧能力标识）。</w:t>
      </w:r>
      <w:r>
        <w:rPr>
          <w:rFonts w:ascii="宋体" w:hAnsi="宋体" w:eastAsia="宋体"/>
          <w:b/>
          <w:sz w:val="22"/>
        </w:rPr>
        <w:t>客户端实际对时精度仍由网络与操作系统决定</w:t>
      </w:r>
      <w:r>
        <w:rPr>
          <w:rFonts w:ascii="宋体" w:hAnsi="宋体" w:eastAsia="宋体"/>
          <w:b w:val="0"/>
          <w:sz w:val="22"/>
        </w:rPr>
        <w:t>，验收以现场实测为准；同网段低负载条件下达到毫秒级（乃至亚毫秒）对时是预期表现，而非把内部纳秒基准直接转嫁到网口。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9. 常见问题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现象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可能原因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处理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长时间 NO TIME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无定位、天线室内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天线移室外，等待 FIX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Web 打不开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IP 不通、不同网段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查网线、电脑 IP、`ping` 设备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浏览器一直要密码 / 换账号登不上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缓存了旧凭据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清除站点密码或用无痕窗口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访问随意路径无登录框只有 404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正常（未知路径不挑战认证）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请使用 `/`、`/network`、`/mfg`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Dashboard 空白 / 看不到 Export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页面未完整加载或看错页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强制刷新；确认打开 </w:t>
            </w:r>
            <w:r>
              <w:rPr>
                <w:rFonts w:ascii="宋体" w:hAnsi="宋体" w:eastAsia="宋体"/>
                <w:b/>
                <w:sz w:val="20"/>
              </w:rPr>
              <w:t>`/`</w:t>
            </w:r>
            <w:r>
              <w:rPr>
                <w:rFonts w:ascii="宋体" w:hAnsi="宋体" w:eastAsia="宋体"/>
                <w:b w:val="0"/>
                <w:sz w:val="20"/>
              </w:rPr>
              <w:t>；见 §4.5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点 `/stats24`「没有网页」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正常：触发 </w:t>
            </w:r>
            <w:r>
              <w:rPr>
                <w:rFonts w:ascii="宋体" w:hAnsi="宋体" w:eastAsia="宋体"/>
                <w:b/>
                <w:sz w:val="20"/>
              </w:rPr>
              <w:t>CSV 下载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到下载目录打开 `quality_24h.csv`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CSV 某小时 `samples=0`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该整点无 GNSS 驯服采样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属正常留痕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忘记 Web 密码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—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前面板按住至 </w:t>
            </w:r>
            <w:r>
              <w:rPr>
                <w:rFonts w:ascii="宋体" w:hAnsi="宋体" w:eastAsia="宋体"/>
                <w:b/>
                <w:sz w:val="20"/>
              </w:rPr>
              <w:t>`PWD REL`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松开，恢复随箱出厂凭据（§3.2）；细节见发货版说明书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客户端不同步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防火墙拦 UDP 123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放行 UDP 123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同步后偏差大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刚启动未收敛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等待 </w:t>
            </w:r>
            <w:r>
              <w:rPr>
                <w:rFonts w:ascii="宋体" w:hAnsi="宋体" w:eastAsia="宋体"/>
                <w:b/>
                <w:sz w:val="20"/>
              </w:rPr>
              <w:t>LK GNSS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再测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屏幕仍红且已运行 &amp;gt;10 min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无网或 GNSS 长期无效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查天线、供电、导出 `event_log.csv`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Modbus 时间乱 / 像 1970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尚未 LOCK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等 FIX+LOCK；查 485 与从站地址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以为 485 口有 1PPS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接口误解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秒脉冲接 </w:t>
            </w:r>
            <w:r>
              <w:rPr>
                <w:rFonts w:ascii="宋体" w:hAnsi="宋体" w:eastAsia="宋体"/>
                <w:b/>
                <w:sz w:val="20"/>
              </w:rPr>
              <w:t>1PPS OUT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NTP 达不到“纳秒”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通道指标混淆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纳秒级看 1PPS；网口按毫秒级验收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屏显与电脑差不到 1 秒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正常</w:t>
            </w:r>
          </w:p>
        </w:tc>
        <w:tc>
          <w:tcPr>
            <w:tcW w:type="dxa" w:w="3022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屏显非计量；以 NTP/示波器为准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10. 环境与安全建议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供电：仅用一种进线——品字 </w:t>
      </w:r>
      <w:r>
        <w:rPr>
          <w:rFonts w:ascii="宋体" w:hAnsi="宋体" w:eastAsia="宋体"/>
          <w:b/>
          <w:sz w:val="22"/>
        </w:rPr>
        <w:t>AC 220 V</w:t>
      </w:r>
      <w:r>
        <w:rPr>
          <w:rFonts w:ascii="宋体" w:hAnsi="宋体" w:eastAsia="宋体"/>
          <w:b w:val="0"/>
          <w:sz w:val="22"/>
        </w:rPr>
        <w:t xml:space="preserve"> 或 </w:t>
      </w:r>
      <w:r>
        <w:rPr>
          <w:rFonts w:ascii="宋体" w:hAnsi="宋体" w:eastAsia="宋体"/>
          <w:b/>
          <w:sz w:val="22"/>
        </w:rPr>
        <w:t>DC050-T + 外置适配器</w:t>
      </w:r>
      <w:r>
        <w:rPr>
          <w:rFonts w:ascii="宋体" w:hAnsi="宋体" w:eastAsia="宋体"/>
          <w:b w:val="0"/>
          <w:sz w:val="22"/>
        </w:rPr>
        <w:t>；勿两路同时接；DC 时避免与大型电机共线无滤波。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GNSS：馈线尽量短；避雷环境按当地规范接地。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网络：仅在内网使用；</w:t>
      </w:r>
      <w:r>
        <w:rPr>
          <w:rFonts w:ascii="宋体" w:hAnsi="宋体" w:eastAsia="宋体"/>
          <w:b/>
          <w:sz w:val="22"/>
        </w:rPr>
        <w:t>不要将管理 Web 暴露公网</w:t>
      </w:r>
      <w:r>
        <w:rPr>
          <w:rFonts w:ascii="宋体" w:hAnsi="宋体" w:eastAsia="宋体"/>
          <w:b w:val="0"/>
          <w:sz w:val="22"/>
        </w:rPr>
        <w:t>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RS-485 / 1PPS：注意屏蔽与接地；TTL 口勿并入 24 V 工业电平。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账号：首次部署后 </w:t>
      </w:r>
      <w:r>
        <w:rPr>
          <w:rFonts w:ascii="宋体" w:hAnsi="宋体" w:eastAsia="宋体"/>
          <w:b/>
          <w:sz w:val="22"/>
        </w:rPr>
        <w:t>修改 Web 用户名/密码</w:t>
      </w:r>
      <w:r>
        <w:rPr>
          <w:rFonts w:ascii="宋体" w:hAnsi="宋体" w:eastAsia="宋体"/>
          <w:b w:val="0"/>
          <w:sz w:val="22"/>
        </w:rPr>
        <w:t>（出厂值见随箱资料）并妥善保管；</w:t>
      </w:r>
      <w:r>
        <w:rPr>
          <w:rFonts w:ascii="宋体" w:hAnsi="宋体" w:eastAsia="宋体"/>
          <w:b/>
          <w:sz w:val="22"/>
        </w:rPr>
        <w:t>勿将管理 Web 暴露公网</w:t>
      </w:r>
      <w:r>
        <w:rPr>
          <w:rFonts w:ascii="宋体" w:hAnsi="宋体" w:eastAsia="宋体"/>
          <w:b w:val="0"/>
          <w:sz w:val="22"/>
        </w:rPr>
        <w:t>。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备份：记录设备 IP、SN、安装位置，便于售后。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11. 技术支持</w:t>
      </w:r>
    </w:p>
    <w:p>
      <w:r>
        <w:rPr>
          <w:rFonts w:ascii="宋体" w:hAnsi="宋体" w:eastAsia="宋体"/>
          <w:b w:val="0"/>
          <w:sz w:val="22"/>
        </w:rPr>
        <w:t>联系供应商时请提供：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设备 </w:t>
      </w:r>
      <w:r>
        <w:rPr>
          <w:rFonts w:ascii="宋体" w:hAnsi="宋体" w:eastAsia="宋体"/>
          <w:b/>
          <w:sz w:val="22"/>
        </w:rPr>
        <w:t>序列号（SN）</w:t>
      </w:r>
      <w:r>
        <w:rPr>
          <w:rFonts w:ascii="宋体" w:hAnsi="宋体" w:eastAsia="宋体"/>
          <w:b w:val="0"/>
          <w:sz w:val="22"/>
        </w:rPr>
        <w:t>（前面板 Page 0）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固件版本（Web </w:t>
      </w:r>
      <w:r>
        <w:rPr>
          <w:rFonts w:ascii="宋体" w:hAnsi="宋体" w:eastAsia="宋体"/>
          <w:b/>
          <w:sz w:val="22"/>
        </w:rPr>
        <w:t>Firmware / Build</w:t>
      </w:r>
      <w:r>
        <w:rPr>
          <w:rFonts w:ascii="宋体" w:hAnsi="宋体" w:eastAsia="宋体"/>
          <w:b w:val="0"/>
          <w:sz w:val="22"/>
        </w:rPr>
        <w:t xml:space="preserve"> 或铭牌）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现象描述、是否首次上电、天线位置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>涉及工业口时：Modbus 地址/波特率、是否已 LOCK、示波器/PLC 现象</w:t>
      </w:r>
    </w:p>
    <w:p>
      <w:pPr>
        <w:pStyle w:val="ListBullet"/>
      </w:pPr>
      <w:r>
        <w:rPr>
          <w:rFonts w:ascii="宋体" w:hAnsi="宋体" w:eastAsia="宋体"/>
          <w:b w:val="0"/>
          <w:sz w:val="22"/>
        </w:rPr>
        <w:t xml:space="preserve">可选：Web 导出的 </w:t>
      </w:r>
      <w:r>
        <w:rPr>
          <w:rFonts w:ascii="宋体" w:hAnsi="宋体" w:eastAsia="宋体"/>
          <w:b/>
          <w:sz w:val="22"/>
        </w:rPr>
        <w:t>event_log.csv</w:t>
      </w:r>
      <w:r>
        <w:rPr>
          <w:rFonts w:ascii="宋体" w:hAnsi="宋体" w:eastAsia="宋体"/>
          <w:b w:val="0"/>
          <w:sz w:val="22"/>
        </w:rPr>
        <w:t xml:space="preserve">（`/flog`）与 </w:t>
      </w:r>
      <w:r>
        <w:rPr>
          <w:rFonts w:ascii="宋体" w:hAnsi="宋体" w:eastAsia="宋体"/>
          <w:b/>
          <w:sz w:val="22"/>
        </w:rPr>
        <w:t>quality_24h.csv</w:t>
      </w:r>
      <w:r>
        <w:rPr>
          <w:rFonts w:ascii="宋体" w:hAnsi="宋体" w:eastAsia="宋体"/>
          <w:b w:val="0"/>
          <w:sz w:val="22"/>
        </w:rPr>
        <w:t>（`/stats24`）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附录 A — 默认网络参数（示例）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参数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出厂示例值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IP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192.168.1.123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子网掩码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255.255.255.0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网关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192.168.1.1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DNS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8.8.8.8（以 Network 页为准）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NTP 端口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UDP 123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HTTP 端口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TCP 80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Web 用户 / 密码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见随箱说明书 / 铭牌</w:t>
            </w:r>
            <w:r>
              <w:rPr>
                <w:rFonts w:ascii="宋体" w:hAnsi="宋体" w:eastAsia="宋体"/>
                <w:b w:val="0"/>
                <w:sz w:val="20"/>
              </w:rPr>
              <w:t>（本标书版不列明文）</w:t>
            </w:r>
          </w:p>
        </w:tc>
      </w:tr>
    </w:tbl>
    <w:p/>
    <w:p>
      <w:r>
        <w:rPr>
          <w:rFonts w:ascii="宋体" w:hAnsi="宋体" w:eastAsia="宋体"/>
          <w:b w:val="0"/>
          <w:sz w:val="22"/>
        </w:rPr>
        <w:t xml:space="preserve">网络参数实际值以设备 Web </w:t>
      </w:r>
      <w:r>
        <w:rPr>
          <w:rFonts w:ascii="宋体" w:hAnsi="宋体" w:eastAsia="宋体"/>
          <w:b/>
          <w:sz w:val="22"/>
        </w:rPr>
        <w:t>Network / Dashboard</w:t>
      </w:r>
      <w:r>
        <w:rPr>
          <w:rFonts w:ascii="宋体" w:hAnsi="宋体" w:eastAsia="宋体"/>
          <w:b w:val="0"/>
          <w:sz w:val="22"/>
        </w:rPr>
        <w:t xml:space="preserve"> 显示为准。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附录 B — 术语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术语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NTP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网络时间协议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Stratum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层级；1 表示直接参考 GNSS/PPS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PPS / 1PPS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每秒脉冲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Modbus RTU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工业串口主从协议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IRIG-B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工业时码；本机型为 B120 DCLS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全球导航卫星系统（国内出厂档常见 </w:t>
            </w:r>
            <w:r>
              <w:rPr>
                <w:rFonts w:ascii="宋体" w:hAnsi="宋体" w:eastAsia="宋体"/>
                <w:b/>
                <w:sz w:val="20"/>
              </w:rPr>
              <w:t>GPS + 北斗 + GLONASS</w:t>
            </w:r>
            <w:r>
              <w:rPr>
                <w:rFonts w:ascii="宋体" w:hAnsi="宋体" w:eastAsia="宋体"/>
                <w:b w:val="0"/>
                <w:sz w:val="20"/>
              </w:rPr>
              <w:t>；出口档以铭牌 / Web 显示为准）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LOCK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已驯服锁定，可作为正式 Stratum 1 / 工业授时源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守时 Holdover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GNSS 短时丢失，用上次校准继续运行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附录 C — 精度表述（招标 / 说明书摘录）</w:t>
      </w:r>
    </w:p>
    <w:p>
      <w:pPr>
        <w:spacing w:before="80" w:after="80"/>
        <w:ind w:left="454"/>
      </w:pPr>
      <w:r>
        <w:rPr>
          <w:rFonts w:ascii="宋体" w:hAnsi="宋体" w:eastAsia="宋体"/>
          <w:b w:val="0"/>
          <w:i/>
          <w:color w:val="444444"/>
          <w:sz w:val="20"/>
        </w:rPr>
        <w:t>本设备在 GNSS 有效定位并锁定（LOCK）后，作为 NTP Stratum 1 时间服务器运行。设备内部相对 GNSS 1PPS 具备纳秒量级驯服与监测能力（典型短稳 ≤ 10 ns RMS、短窗抖动监测典型 ≤ 50 ns，经多轮校验相对该口径有充足余量）；TTL 1PPS 输出提供硬件秒沿同步；RS-485 Modbus RTU 提供分辨率至 1 ms 的 UTC 绝对时间寄存器；以太网 NTP 在典型局域网环境下为客户端提供毫秒级对时。上述指标分通道独立成立，验收与合同约定应按接口分别描述，不得将内部 1PPS 纳秒指标等同为网口或 485 口客户端精度。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附录 D — 工业场景能力对照（附件）</w:t>
      </w:r>
    </w:p>
    <w:p>
      <w:r>
        <w:rPr>
          <w:rFonts w:ascii="宋体" w:hAnsi="宋体" w:eastAsia="宋体"/>
          <w:b w:val="0"/>
          <w:sz w:val="22"/>
        </w:rPr>
        <w:t>本表说明：</w:t>
      </w:r>
      <w:r>
        <w:rPr>
          <w:rFonts w:ascii="宋体" w:hAnsi="宋体" w:eastAsia="宋体"/>
          <w:b/>
          <w:sz w:val="22"/>
        </w:rPr>
        <w:t>在按通道正确选型的前提下</w:t>
      </w:r>
      <w:r>
        <w:rPr>
          <w:rFonts w:ascii="宋体" w:hAnsi="宋体" w:eastAsia="宋体"/>
          <w:b w:val="0"/>
          <w:sz w:val="22"/>
        </w:rPr>
        <w:t>，本机精度能否覆盖常见工业用途。验收仍须按对应接口实测，勿跨通道套用指标。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6"/>
        <w:gridCol w:w="2266"/>
        <w:gridCol w:w="2266"/>
        <w:gridCol w:w="2266"/>
      </w:tblGrid>
      <w:tr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工业场景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常用需求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本机能力</w:t>
            </w:r>
          </w:p>
        </w:tc>
        <w:tc>
          <w:tcPr>
            <w:tcW w:type="dxa" w:w="2266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结论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PLC / SCADA 绝对时间、画面时戳、联锁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通常 </w:t>
            </w:r>
            <w:r>
              <w:rPr>
                <w:rFonts w:ascii="宋体" w:hAnsi="宋体" w:eastAsia="宋体"/>
                <w:b/>
                <w:sz w:val="20"/>
              </w:rPr>
              <w:t>1～10 ms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即可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Modbus </w:t>
            </w:r>
            <w:r>
              <w:rPr>
                <w:rFonts w:ascii="宋体" w:hAnsi="宋体" w:eastAsia="宋体"/>
                <w:b/>
                <w:sz w:val="20"/>
              </w:rPr>
              <w:t>1 ms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分辨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满足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安防 / NVR / 工控机 / 交换机对时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局域网 </w:t>
            </w:r>
            <w:r>
              <w:rPr>
                <w:rFonts w:ascii="宋体" w:hAnsi="宋体" w:eastAsia="宋体"/>
                <w:b/>
                <w:sz w:val="20"/>
              </w:rPr>
              <w:t>毫秒级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NTP 同网段毫秒级（条件良好时可优于 </w:t>
            </w:r>
            <w:r>
              <w:rPr>
                <w:rFonts w:ascii="宋体" w:hAnsi="宋体" w:eastAsia="宋体"/>
                <w:b/>
                <w:sz w:val="20"/>
              </w:rPr>
              <w:t>1 ms</w:t>
            </w:r>
            <w:r>
              <w:rPr>
                <w:rFonts w:ascii="宋体" w:hAnsi="宋体" w:eastAsia="宋体"/>
                <w:b w:val="0"/>
                <w:sz w:val="20"/>
              </w:rPr>
              <w:t>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满足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采集卡、示波器、秒沿同步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亚微秒～微秒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边沿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TTL </w:t>
            </w:r>
            <w:r>
              <w:rPr>
                <w:rFonts w:ascii="宋体" w:hAnsi="宋体" w:eastAsia="宋体"/>
                <w:b/>
                <w:sz w:val="20"/>
              </w:rPr>
              <w:t>1PPS</w:t>
            </w:r>
            <w:r>
              <w:rPr>
                <w:rFonts w:ascii="宋体" w:hAnsi="宋体" w:eastAsia="宋体"/>
                <w:b w:val="0"/>
                <w:sz w:val="20"/>
              </w:rPr>
              <w:t xml:space="preserve"> 亚微秒级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满足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电力 / 传统时码设备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IRIG-B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IRIG-B120 DCLS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满足</w:t>
            </w:r>
          </w:p>
        </w:tc>
      </w:tr>
      <w:tr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设备自身基准质量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稳定、可验收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 xml:space="preserve">GNSS 短稳典型 </w:t>
            </w:r>
            <w:r>
              <w:rPr>
                <w:rFonts w:ascii="宋体" w:hAnsi="宋体" w:eastAsia="宋体"/>
                <w:b/>
                <w:sz w:val="20"/>
              </w:rPr>
              <w:t>≤ 10 ns RMS</w:t>
            </w:r>
            <w:r>
              <w:rPr>
                <w:rFonts w:ascii="宋体" w:hAnsi="宋体" w:eastAsia="宋体"/>
                <w:b w:val="0"/>
                <w:sz w:val="20"/>
              </w:rPr>
              <w:t xml:space="preserve">；抖动监测典型 </w:t>
            </w:r>
            <w:r>
              <w:rPr>
                <w:rFonts w:ascii="宋体" w:hAnsi="宋体" w:eastAsia="宋体"/>
                <w:b/>
                <w:sz w:val="20"/>
              </w:rPr>
              <w:t>≤ 50 ns</w:t>
            </w:r>
            <w:r>
              <w:rPr>
                <w:rFonts w:ascii="宋体" w:hAnsi="宋体" w:eastAsia="宋体"/>
                <w:b w:val="0"/>
                <w:sz w:val="20"/>
              </w:rPr>
              <w:t>（浸泡稳态约数十纳秒）</w:t>
            </w:r>
          </w:p>
        </w:tc>
        <w:tc>
          <w:tcPr>
            <w:tcW w:type="dxa" w:w="2266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富裕</w:t>
            </w:r>
          </w:p>
        </w:tc>
      </w:tr>
    </w:tbl>
    <w:p/>
    <w:p>
      <w:r>
        <w:rPr>
          <w:rFonts w:ascii="宋体" w:hAnsi="宋体" w:eastAsia="宋体"/>
          <w:b/>
          <w:sz w:val="22"/>
        </w:rPr>
        <w:t>不在本机承诺范围内（另需 PTP 等专用方案）：</w:t>
      </w:r>
      <w:r>
        <w:rPr>
          <w:rFonts w:ascii="宋体" w:hAnsi="宋体" w:eastAsia="宋体"/>
          <w:b w:val="0"/>
          <w:sz w:val="22"/>
        </w:rPr>
        <w:t xml:space="preserve"> 全厂以太网亚微秒级对时、纳秒级总线授时。选型时请将此类需求与上表场景区分。</w:t>
      </w:r>
    </w:p>
    <w:p/>
    <w:p>
      <w:pPr>
        <w:pStyle w:val="Heading1"/>
        <w:spacing w:before="240" w:after="120"/>
      </w:pPr>
      <w:r>
        <w:rPr>
          <w:rFonts w:ascii="微软雅黑" w:hAnsi="微软雅黑" w:eastAsia="微软雅黑"/>
          <w:b/>
          <w:sz w:val="32"/>
        </w:rPr>
        <w:t>附录 E — 相关文档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文档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宋体" w:hAnsi="宋体" w:eastAsia="宋体"/>
                <w:b/>
                <w:sz w:val="20"/>
              </w:rPr>
              <w:t>内容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本指南（标书脱敏版）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功能与配置说明；</w:t>
            </w:r>
            <w:r>
              <w:rPr>
                <w:rFonts w:ascii="宋体" w:hAnsi="宋体" w:eastAsia="宋体"/>
                <w:b/>
                <w:sz w:val="20"/>
              </w:rPr>
              <w:t>无</w:t>
            </w:r>
            <w:r>
              <w:rPr>
                <w:rFonts w:ascii="宋体" w:hAnsi="宋体" w:eastAsia="宋体"/>
                <w:b w:val="0"/>
                <w:sz w:val="20"/>
              </w:rPr>
              <w:t>出厂口令、</w:t>
            </w:r>
            <w:r>
              <w:rPr>
                <w:rFonts w:ascii="宋体" w:hAnsi="宋体" w:eastAsia="宋体"/>
                <w:b/>
                <w:sz w:val="20"/>
              </w:rPr>
              <w:t>无</w:t>
            </w:r>
            <w:r>
              <w:rPr>
                <w:rFonts w:ascii="宋体" w:hAnsi="宋体" w:eastAsia="宋体"/>
                <w:b w:val="0"/>
                <w:sz w:val="20"/>
              </w:rPr>
              <w:t>工程诊断路径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《产品规格书（发货）》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合同/选型指标（中/英）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《参考源 · 应答策略 · 容量边界（一页）》《选型一页》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选型/投标速查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《投标技术方案》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技术标正文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《工业接口协议附件》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Modbus / IRIG 联调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宋体" w:hAnsi="宋体" w:eastAsia="宋体"/>
                <w:b w:val="0"/>
                <w:sz w:val="20"/>
              </w:rPr>
              <w:t>随箱完整用户指南</w:t>
            </w:r>
          </w:p>
        </w:tc>
        <w:tc>
          <w:tcPr>
            <w:tcW w:type="dxa" w:w="4533"/>
          </w:tcPr>
          <w:p>
            <w:r/>
            <w:r>
              <w:rPr>
                <w:rFonts w:ascii="宋体" w:hAnsi="宋体" w:eastAsia="宋体"/>
                <w:b/>
                <w:sz w:val="20"/>
              </w:rPr>
              <w:t>发货时随箱交付</w:t>
            </w:r>
            <w:r>
              <w:rPr>
                <w:rFonts w:ascii="宋体" w:hAnsi="宋体" w:eastAsia="宋体"/>
                <w:b w:val="0"/>
                <w:sz w:val="20"/>
              </w:rPr>
              <w:t>（含出厂账号）；</w:t>
            </w:r>
            <w:r>
              <w:rPr>
                <w:rFonts w:ascii="宋体" w:hAnsi="宋体" w:eastAsia="宋体"/>
                <w:b/>
                <w:sz w:val="20"/>
              </w:rPr>
              <w:t>不在本招标公开包内</w:t>
            </w:r>
          </w:p>
        </w:tc>
      </w:tr>
    </w:tbl>
    <w:p/>
    <w:p/>
    <w:p>
      <w:pPr>
        <w:jc w:val="center"/>
      </w:pPr>
      <w:r>
        <w:rPr>
          <w:rFonts w:ascii="宋体" w:hAnsi="宋体" w:eastAsia="宋体"/>
          <w:b w:val="0"/>
          <w:i/>
          <w:color w:val="666666"/>
          <w:sz w:val="20"/>
        </w:rPr>
        <w:t>本文档仅作投标/公开技术附件；现场交付以随箱发货版说明书及铭牌为准。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b w:val="0"/>
        <w:sz w:val="18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rFonts w:ascii="宋体" w:hAnsi="宋体" w:eastAsia="宋体"/>
        <w:b w:val="0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微软雅黑" w:hAnsi="微软雅黑" w:eastAsia="微软雅黑"/>
        <w:b w:val="0"/>
        <w:color w:val="666666"/>
        <w:sz w:val="18"/>
      </w:rPr>
      <w:t>工业 NTP 授时服务器 — 用户使用与配置指南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300" w:after="120"/>
    </w:pPr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工业 NTP 授时服务器 — 用户使用与配置指南</dc:title>
  <dc:subject>标书脱敏版用户指南（无出厂口令）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User Guide</cp:category>
</cp:coreProperties>
</file>